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CD3CC" w14:textId="77777777" w:rsidR="008969BF" w:rsidRPr="00B44F33" w:rsidRDefault="00000000">
      <w:pPr>
        <w:pStyle w:val="Tytu"/>
        <w:spacing w:after="80"/>
      </w:pPr>
      <w:r w:rsidRPr="00B44F33">
        <w:t xml:space="preserve">Wniosek o analizę wpływu inwestycji </w:t>
      </w:r>
      <w:proofErr w:type="spellStart"/>
      <w:r w:rsidRPr="00B44F33">
        <w:t>niedrogowej</w:t>
      </w:r>
      <w:proofErr w:type="spellEnd"/>
      <w:r w:rsidRPr="00B44F33">
        <w:t xml:space="preserve"> na układ drogowy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751"/>
      </w:tblGrid>
      <w:tr w:rsidR="008969BF" w:rsidRPr="00B44F33" w14:paraId="4520F854" w14:textId="77777777">
        <w:trPr>
          <w:cantSplit/>
        </w:trPr>
        <w:tc>
          <w:tcPr>
            <w:tcW w:w="9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D03227" w14:textId="3D26781D" w:rsidR="008969BF" w:rsidRPr="00B44F33" w:rsidRDefault="00000000">
            <w:pPr>
              <w:spacing w:after="0"/>
            </w:pPr>
            <w:r w:rsidRPr="00B44F33">
              <w:rPr>
                <w:b/>
                <w:color w:val="1F4D78"/>
                <w:sz w:val="20"/>
              </w:rPr>
              <w:t xml:space="preserve">Cel: </w:t>
            </w:r>
            <w:r w:rsidRPr="00B44F33">
              <w:rPr>
                <w:sz w:val="20"/>
              </w:rPr>
              <w:t xml:space="preserve">Formularz służy ocenie wpływu planowanej inwestycji </w:t>
            </w:r>
            <w:proofErr w:type="spellStart"/>
            <w:r w:rsidRPr="00B44F33">
              <w:rPr>
                <w:sz w:val="20"/>
              </w:rPr>
              <w:t>niedrogowej</w:t>
            </w:r>
            <w:proofErr w:type="spellEnd"/>
            <w:r w:rsidRPr="00B44F33">
              <w:rPr>
                <w:sz w:val="20"/>
              </w:rPr>
              <w:t xml:space="preserve"> na drogi publiczne, warunki jej bezpiecznej </w:t>
            </w:r>
            <w:r w:rsidR="00B20E61" w:rsidRPr="00B44F33">
              <w:rPr>
                <w:sz w:val="20"/>
              </w:rPr>
              <w:br/>
            </w:r>
            <w:r w:rsidRPr="00B44F33">
              <w:rPr>
                <w:sz w:val="20"/>
              </w:rPr>
              <w:t xml:space="preserve">i prawidłowej obsługi komunikacyjnej oraz ustaleniu, czy zachodzą przesłanki do zastosowania art. 16 ustawy </w:t>
            </w:r>
            <w:r w:rsidR="00B20E61" w:rsidRPr="00B44F33">
              <w:rPr>
                <w:sz w:val="20"/>
              </w:rPr>
              <w:br/>
            </w:r>
            <w:r w:rsidRPr="00B44F33">
              <w:rPr>
                <w:sz w:val="20"/>
              </w:rPr>
              <w:t>o drogach publicznych.</w:t>
            </w:r>
          </w:p>
        </w:tc>
      </w:tr>
    </w:tbl>
    <w:p w14:paraId="70B3E57D" w14:textId="77777777" w:rsidR="008969BF" w:rsidRPr="00B44F33" w:rsidRDefault="00000000">
      <w:pPr>
        <w:pStyle w:val="Nagwek2"/>
      </w:pPr>
      <w:r w:rsidRPr="00B44F33">
        <w:t>1. Dane inwestora i osoby prowadzącej sprawę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8969BF" w:rsidRPr="00B44F33" w14:paraId="55370122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77DED3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Inwestor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1AC2C94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pełna firma / imię i nazwisko</w:t>
            </w:r>
          </w:p>
        </w:tc>
      </w:tr>
      <w:tr w:rsidR="008969BF" w:rsidRPr="00B44F33" w14:paraId="42D5DA10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C412A2E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Adres / siedziba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AFC0EF0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ulica, nr, kod pocztowy, miejscowość</w:t>
            </w:r>
          </w:p>
        </w:tc>
      </w:tr>
      <w:tr w:rsidR="008969BF" w:rsidRPr="00B44F33" w14:paraId="52983193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6FA8D49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Identyfikator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0B03A9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KRS / CEIDG / NIP / REGON - odpowiednio</w:t>
            </w:r>
          </w:p>
        </w:tc>
      </w:tr>
      <w:tr w:rsidR="008969BF" w:rsidRPr="00B44F33" w14:paraId="2526ACE1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C096D35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Pełnomocnik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0AF6E49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imię i nazwisko, podstawa umocowania; wpisać „nie dotyczy”, jeśli brak</w:t>
            </w:r>
          </w:p>
        </w:tc>
      </w:tr>
      <w:tr w:rsidR="008969BF" w:rsidRPr="00B44F33" w14:paraId="2A81A1DF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E65F589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Osoba do kontaktu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88968AD" w14:textId="231639D1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imię i nazwisko, telefon</w:t>
            </w:r>
          </w:p>
        </w:tc>
      </w:tr>
    </w:tbl>
    <w:p w14:paraId="079F6913" w14:textId="77777777" w:rsidR="008969BF" w:rsidRPr="00B44F33" w:rsidRDefault="00000000">
      <w:pPr>
        <w:spacing w:before="80" w:after="60"/>
      </w:pPr>
      <w:r w:rsidRPr="00B44F33">
        <w:rPr>
          <w:b/>
          <w:color w:val="1F4D78"/>
          <w:sz w:val="21"/>
        </w:rPr>
        <w:t>Preferowany sposób doręczania korespondencji:</w:t>
      </w:r>
    </w:p>
    <w:p w14:paraId="098EB8F3" w14:textId="37C0022A" w:rsidR="008969BF" w:rsidRPr="00B44F33" w:rsidRDefault="00000000">
      <w:pPr>
        <w:spacing w:after="60"/>
        <w:ind w:left="198" w:hanging="57"/>
      </w:pPr>
      <w:r w:rsidRPr="00B44F33">
        <w:rPr>
          <w:sz w:val="21"/>
        </w:rPr>
        <w:t>☐  elektronicznie - na adres do e-Doręczeń wskazany poniżej</w:t>
      </w:r>
    </w:p>
    <w:p w14:paraId="6DF935FD" w14:textId="78E2C317" w:rsidR="008969BF" w:rsidRPr="00B44F33" w:rsidRDefault="00000000" w:rsidP="0006018E">
      <w:pPr>
        <w:spacing w:after="60"/>
        <w:ind w:left="198" w:hanging="57"/>
      </w:pPr>
      <w:r w:rsidRPr="00B44F33">
        <w:rPr>
          <w:sz w:val="21"/>
        </w:rPr>
        <w:t xml:space="preserve">☐  w postaci papierowej - na adres </w:t>
      </w:r>
      <w:r w:rsidR="0006018E" w:rsidRPr="00B44F33">
        <w:rPr>
          <w:sz w:val="21"/>
        </w:rPr>
        <w:t>inwestora/pełnomocnika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8969BF" w:rsidRPr="00B44F33" w14:paraId="4202AD3A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991EFA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Adres elektroniczny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461E3B" w14:textId="118EDA79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 xml:space="preserve">adres do e-Doręczeń </w:t>
            </w:r>
          </w:p>
        </w:tc>
      </w:tr>
    </w:tbl>
    <w:p w14:paraId="055D32CE" w14:textId="77777777" w:rsidR="008969BF" w:rsidRPr="00B44F33" w:rsidRDefault="00000000">
      <w:pPr>
        <w:pStyle w:val="Nagwek2"/>
      </w:pPr>
      <w:r w:rsidRPr="00B44F33">
        <w:t xml:space="preserve">2. Identyfikacja inwestycji </w:t>
      </w:r>
      <w:proofErr w:type="spellStart"/>
      <w:r w:rsidRPr="00B44F33">
        <w:t>niedrogowej</w:t>
      </w:r>
      <w:proofErr w:type="spellEnd"/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051"/>
      </w:tblGrid>
      <w:tr w:rsidR="008969BF" w:rsidRPr="00B44F33" w14:paraId="3204D02E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372AB87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Nazwa inwestycji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12B37B4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krótka nazwa przedsięwzięcia</w:t>
            </w:r>
          </w:p>
        </w:tc>
      </w:tr>
      <w:tr w:rsidR="008969BF" w:rsidRPr="00B44F33" w14:paraId="7E732954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007C95B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Lokalizacja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5C4801A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adres / rejon ulic</w:t>
            </w:r>
          </w:p>
        </w:tc>
      </w:tr>
      <w:tr w:rsidR="008969BF" w:rsidRPr="00B44F33" w14:paraId="78B14311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E9F04E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Działki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6B4947D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obręb, arkusz, numery działek</w:t>
            </w:r>
          </w:p>
        </w:tc>
      </w:tr>
      <w:tr w:rsidR="008969BF" w:rsidRPr="00B44F33" w14:paraId="7E9ABA81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D4D70A3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Podstawa planistyczna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E6FD92" w14:textId="77777777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MPZP - nazwa/uchwała albo WZ - znak/data/status</w:t>
            </w:r>
          </w:p>
        </w:tc>
      </w:tr>
      <w:tr w:rsidR="008969BF" w:rsidRPr="00B44F33" w14:paraId="7C746BEA" w14:textId="77777777">
        <w:trPr>
          <w:cantSplit/>
        </w:trPr>
        <w:tc>
          <w:tcPr>
            <w:tcW w:w="270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2F2076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20"/>
              </w:rPr>
              <w:t>Opis i funkcja</w:t>
            </w:r>
          </w:p>
        </w:tc>
        <w:tc>
          <w:tcPr>
            <w:tcW w:w="70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8FAFC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FFD1DFF" w14:textId="44EE860B" w:rsidR="008969BF" w:rsidRPr="00B44F33" w:rsidRDefault="00000000">
            <w:pPr>
              <w:spacing w:after="0"/>
            </w:pPr>
            <w:r w:rsidRPr="00B44F33">
              <w:rPr>
                <w:i/>
                <w:color w:val="7A8694"/>
                <w:sz w:val="20"/>
              </w:rPr>
              <w:t>rodzaj, funkcja i skala inwestycji</w:t>
            </w:r>
            <w:r w:rsidRPr="00B44F33">
              <w:rPr>
                <w:color w:val="AAB2BD"/>
                <w:sz w:val="20"/>
              </w:rPr>
              <w:t>.</w:t>
            </w:r>
          </w:p>
        </w:tc>
      </w:tr>
    </w:tbl>
    <w:p w14:paraId="404475FD" w14:textId="77777777" w:rsidR="008969BF" w:rsidRPr="00B44F33" w:rsidRDefault="00000000">
      <w:pPr>
        <w:pStyle w:val="Nagwek2"/>
      </w:pPr>
      <w:r w:rsidRPr="00B44F33">
        <w:t>3. Podstawowe parametry inwestycji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844"/>
        <w:gridCol w:w="2156"/>
        <w:gridCol w:w="3751"/>
      </w:tblGrid>
      <w:tr w:rsidR="008969BF" w:rsidRPr="00B44F33" w14:paraId="035B73BE" w14:textId="77777777" w:rsidTr="00B20E61">
        <w:trPr>
          <w:cantSplit/>
          <w:tblHeader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D6F3EFB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19"/>
              </w:rPr>
              <w:t>Parametr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FCFF561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19"/>
              </w:rPr>
              <w:t>Wartość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8056E0A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19"/>
              </w:rPr>
              <w:t>Uwagi / etap</w:t>
            </w:r>
          </w:p>
        </w:tc>
      </w:tr>
      <w:tr w:rsidR="008969BF" w:rsidRPr="00B44F33" w14:paraId="29DD5E48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673E81C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>Powierzchnia terenu inwestycji [m²]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79C5AD5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4555CFF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3848FA98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C76BA1D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>Powierzchnia użytkowa ogółem (PU) [m²]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1CEA8B9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02BB844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55893CA0" w14:textId="77777777" w:rsidTr="00C324BF">
        <w:trPr>
          <w:cantSplit/>
          <w:trHeight w:val="515"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C276A7" w14:textId="6E827F72" w:rsidR="008969BF" w:rsidRPr="00B44F33" w:rsidRDefault="00B653BE">
            <w:pPr>
              <w:spacing w:after="0" w:line="269" w:lineRule="auto"/>
            </w:pPr>
            <w:r w:rsidRPr="00B44F33">
              <w:rPr>
                <w:sz w:val="19"/>
              </w:rPr>
              <w:t>Powierzchnia użytkowa mieszkań (PUM) [m²]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94ED1EA" w14:textId="4D85CA40" w:rsidR="00435898" w:rsidRPr="00B44F33" w:rsidRDefault="00000000" w:rsidP="00B44F33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FD7D167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76D5AAF1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CE7A8A9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lastRenderedPageBreak/>
              <w:t>Liczba budynków / lokali mieszkalnych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E3E0967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CFB7C20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5F312A82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0BDF26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>Powierzchnia usług / handlu / biur [m²]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7CC1E5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527493A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0F73B2EB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C38A167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>Powierzchnia produkcji / magazynów [m²]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394E701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26ECB23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39260844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A3937F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>Liczba pracowników / użytkowników / klientów w szczycie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5E5CD4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91C2E39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03511FF7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317DE17" w14:textId="65A0CEED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 xml:space="preserve">Liczba miejsc postojowych: samochody / </w:t>
            </w:r>
            <w:r w:rsidR="00B20E61" w:rsidRPr="00B44F33">
              <w:rPr>
                <w:sz w:val="19"/>
              </w:rPr>
              <w:t xml:space="preserve">koperty dla </w:t>
            </w:r>
            <w:r w:rsidRPr="00B44F33">
              <w:rPr>
                <w:sz w:val="19"/>
              </w:rPr>
              <w:t>os</w:t>
            </w:r>
            <w:r w:rsidR="00B20E61" w:rsidRPr="00B44F33">
              <w:rPr>
                <w:sz w:val="19"/>
              </w:rPr>
              <w:t xml:space="preserve">ób </w:t>
            </w:r>
            <w:r w:rsidRPr="00B44F33">
              <w:rPr>
                <w:sz w:val="19"/>
              </w:rPr>
              <w:t xml:space="preserve"> z niepełnosprawności</w:t>
            </w:r>
            <w:r w:rsidR="00B20E61" w:rsidRPr="00B44F33">
              <w:rPr>
                <w:sz w:val="19"/>
              </w:rPr>
              <w:t>ą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5AFD379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550AEDE" w14:textId="77777777" w:rsidR="008969BF" w:rsidRPr="00B44F33" w:rsidRDefault="008969BF">
            <w:pPr>
              <w:spacing w:after="0" w:line="269" w:lineRule="auto"/>
            </w:pPr>
          </w:p>
        </w:tc>
      </w:tr>
      <w:tr w:rsidR="008969BF" w:rsidRPr="00B44F33" w14:paraId="71DD4E87" w14:textId="77777777" w:rsidTr="00B20E61">
        <w:trPr>
          <w:cantSplit/>
        </w:trPr>
        <w:tc>
          <w:tcPr>
            <w:tcW w:w="3844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A440BBD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19"/>
              </w:rPr>
              <w:t>Liczba miejsc: rowery / motocykle</w:t>
            </w:r>
          </w:p>
        </w:tc>
        <w:tc>
          <w:tcPr>
            <w:tcW w:w="2156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F8336AA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i/>
                <w:color w:val="5B6573"/>
                <w:sz w:val="19"/>
              </w:rPr>
              <w:t>wpisać</w:t>
            </w:r>
          </w:p>
        </w:tc>
        <w:tc>
          <w:tcPr>
            <w:tcW w:w="3751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D502E7" w14:textId="77777777" w:rsidR="008969BF" w:rsidRPr="00B44F33" w:rsidRDefault="008969BF">
            <w:pPr>
              <w:spacing w:after="0" w:line="269" w:lineRule="auto"/>
            </w:pPr>
          </w:p>
        </w:tc>
      </w:tr>
    </w:tbl>
    <w:p w14:paraId="49329638" w14:textId="5399195C" w:rsidR="008969BF" w:rsidRPr="00B44F33" w:rsidRDefault="00C324BF">
      <w:pPr>
        <w:pStyle w:val="Nagwek3"/>
      </w:pPr>
      <w:r w:rsidRPr="00B44F33">
        <w:t>4. Załączniki</w:t>
      </w:r>
    </w:p>
    <w:tbl>
      <w:tblPr>
        <w:tblStyle w:val="Tabela-Siatka"/>
        <w:tblW w:w="9751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75"/>
        <w:gridCol w:w="2625"/>
        <w:gridCol w:w="5401"/>
        <w:gridCol w:w="1050"/>
      </w:tblGrid>
      <w:tr w:rsidR="008969BF" w:rsidRPr="00B44F33" w14:paraId="420C3744" w14:textId="77777777">
        <w:trPr>
          <w:cantSplit/>
          <w:tblHeader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4B9D06A" w14:textId="77777777" w:rsidR="008969BF" w:rsidRPr="00B44F33" w:rsidRDefault="008969BF">
            <w:pPr>
              <w:spacing w:after="0" w:line="269" w:lineRule="auto"/>
              <w:jc w:val="center"/>
            </w:pP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77D45D4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b/>
                <w:sz w:val="19"/>
              </w:rPr>
              <w:t>Dokument / informacja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E8EEF5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BECAF40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b/>
                <w:sz w:val="19"/>
              </w:rPr>
              <w:t>Nr zał.</w:t>
            </w:r>
          </w:p>
        </w:tc>
      </w:tr>
      <w:tr w:rsidR="008969BF" w:rsidRPr="00B44F33" w14:paraId="4DE01FE7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9B0FFD8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65400FF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Opis rodzaju, funkcji i skali inwestycji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FB71653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660430A6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A34D223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76E4DCC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Projekt albo koncepcja zagospodarowania terenu z bilansem powierzchni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DAB7714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04001D55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9CB5035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7D0DD6B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Plan sytuacyjny z proponowanym powiązaniem inwestycji z drogą publiczną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2CB1562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0C373262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371F95C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677E9BC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Zestawienie powierzchni użytkowej według funkcji i etapów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114E8454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5EBCB6DE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947EFE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7D8A241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Bilans miejsc postojowych dla samochodów, rowerów i motocykli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CD55222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4825EE81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8C05EA9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6FC1E1C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Opis obsługi samochodowej, pieszej, rowerowej i transportem zbiorowym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11BF22A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5BD17B69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23B9C02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3DCEE10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Opis obsługi dostaw, odbioru odpadów, przeprowadzek i innych postojów - jeżeli dotyczy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DA5C708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66478E79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E784E94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386B38AA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Harmonogram / opis etapowania inwestycji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0469B4BE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08EE103D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231B3A9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7C65654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Dokumenty lub informacje dotyczące prawnego dostępu do drogi publicznej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EEA989F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4DAC6862" w14:textId="77777777">
        <w:trPr>
          <w:cantSplit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FF1AD08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587E093" w14:textId="77777777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 xml:space="preserve">Decyzja o warunkach zabudowy / wypis i </w:t>
            </w:r>
            <w:proofErr w:type="spellStart"/>
            <w:r w:rsidRPr="00B44F33">
              <w:rPr>
                <w:sz w:val="20"/>
              </w:rPr>
              <w:t>wyrys</w:t>
            </w:r>
            <w:proofErr w:type="spellEnd"/>
            <w:r w:rsidRPr="00B44F33">
              <w:rPr>
                <w:sz w:val="20"/>
              </w:rPr>
              <w:t xml:space="preserve"> z MPZP / informacja o prowadzonym postępowaniu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28BF4AFC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6466DD3D" w14:textId="77777777" w:rsidTr="00B44F33">
        <w:trPr>
          <w:cantSplit/>
          <w:trHeight w:val="452"/>
        </w:trPr>
        <w:tc>
          <w:tcPr>
            <w:tcW w:w="675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A2D5256" w14:textId="77777777" w:rsidR="008969BF" w:rsidRPr="00B44F33" w:rsidRDefault="00000000">
            <w:pPr>
              <w:spacing w:after="0" w:line="269" w:lineRule="auto"/>
              <w:jc w:val="center"/>
            </w:pPr>
            <w:r w:rsidRPr="00B44F33">
              <w:rPr>
                <w:sz w:val="24"/>
              </w:rPr>
              <w:t>☐</w:t>
            </w:r>
          </w:p>
        </w:tc>
        <w:tc>
          <w:tcPr>
            <w:tcW w:w="8026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7BCAC2B" w14:textId="0D810BAF" w:rsidR="008969BF" w:rsidRPr="00B44F33" w:rsidRDefault="00000000">
            <w:pPr>
              <w:spacing w:after="0" w:line="269" w:lineRule="auto"/>
            </w:pPr>
            <w:r w:rsidRPr="00B44F33">
              <w:rPr>
                <w:sz w:val="20"/>
              </w:rPr>
              <w:t>Inne materiały istotne dla oceny obsługi komunikacyjnej</w:t>
            </w:r>
            <w:r w:rsidR="0006018E" w:rsidRPr="00B44F33">
              <w:rPr>
                <w:sz w:val="20"/>
              </w:rPr>
              <w:t xml:space="preserve"> (np. analiza ruchu)</w:t>
            </w:r>
          </w:p>
        </w:tc>
        <w:tc>
          <w:tcPr>
            <w:tcW w:w="1050" w:type="dxa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4C25E249" w14:textId="77777777" w:rsidR="008969BF" w:rsidRPr="00B44F33" w:rsidRDefault="008969BF">
            <w:pPr>
              <w:spacing w:after="0" w:line="269" w:lineRule="auto"/>
              <w:jc w:val="center"/>
            </w:pPr>
          </w:p>
        </w:tc>
      </w:tr>
      <w:tr w:rsidR="008969BF" w:rsidRPr="00B44F33" w14:paraId="66082142" w14:textId="77777777">
        <w:trPr>
          <w:cantSplit/>
        </w:trPr>
        <w:tc>
          <w:tcPr>
            <w:tcW w:w="9751" w:type="dxa"/>
            <w:gridSpan w:val="4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shd w:val="clear" w:color="auto" w:fill="F2F4F7"/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77776560" w14:textId="77777777" w:rsidR="005E0C8B" w:rsidRPr="00B44F33" w:rsidRDefault="005E0C8B" w:rsidP="00C324BF">
            <w:pPr>
              <w:spacing w:after="0"/>
              <w:rPr>
                <w:b/>
                <w:color w:val="1F4D78"/>
                <w:sz w:val="20"/>
              </w:rPr>
            </w:pPr>
          </w:p>
          <w:p w14:paraId="5043A930" w14:textId="77777777" w:rsidR="00C324BF" w:rsidRDefault="00000000" w:rsidP="00C324BF">
            <w:pPr>
              <w:spacing w:after="0"/>
              <w:rPr>
                <w:sz w:val="20"/>
              </w:rPr>
            </w:pPr>
            <w:r w:rsidRPr="00B44F33">
              <w:rPr>
                <w:b/>
                <w:color w:val="1F4D78"/>
                <w:sz w:val="20"/>
              </w:rPr>
              <w:t xml:space="preserve">Oświadczenie: </w:t>
            </w:r>
            <w:r w:rsidRPr="00B44F33">
              <w:rPr>
                <w:sz w:val="20"/>
              </w:rPr>
              <w:t xml:space="preserve">Potwierdzam zgodność danych zawartych we wniosku i załącznikach ze stanem faktycznym </w:t>
            </w:r>
            <w:r w:rsidR="00B44F33" w:rsidRPr="00B44F33">
              <w:rPr>
                <w:sz w:val="20"/>
              </w:rPr>
              <w:br/>
            </w:r>
            <w:r w:rsidRPr="00B44F33">
              <w:rPr>
                <w:sz w:val="20"/>
              </w:rPr>
              <w:t>oraz zobowiązuję się poinformować ZDM o zmianie parametrów inwestycji lub sposobu jej obsługi komunikacyjnej.</w:t>
            </w:r>
          </w:p>
          <w:p w14:paraId="5A82C68E" w14:textId="5BCE7EDD" w:rsidR="005E0C8B" w:rsidRPr="00B44F33" w:rsidRDefault="005E0C8B" w:rsidP="00C324BF">
            <w:pPr>
              <w:spacing w:after="0"/>
            </w:pPr>
          </w:p>
        </w:tc>
      </w:tr>
      <w:tr w:rsidR="008969BF" w:rsidRPr="00B44F33" w14:paraId="30C5FB82" w14:textId="77777777" w:rsidTr="00435898">
        <w:trPr>
          <w:cantSplit/>
          <w:trHeight w:val="889"/>
        </w:trPr>
        <w:tc>
          <w:tcPr>
            <w:tcW w:w="3300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64E795E1" w14:textId="77777777" w:rsidR="00C324BF" w:rsidRPr="00B44F33" w:rsidRDefault="00C324BF">
            <w:pPr>
              <w:rPr>
                <w:b/>
                <w:sz w:val="20"/>
              </w:rPr>
            </w:pPr>
          </w:p>
          <w:p w14:paraId="3BE2C82E" w14:textId="77777777" w:rsidR="00C324BF" w:rsidRPr="00B44F33" w:rsidRDefault="00C324BF">
            <w:pPr>
              <w:rPr>
                <w:b/>
                <w:sz w:val="20"/>
              </w:rPr>
            </w:pPr>
          </w:p>
          <w:p w14:paraId="0E559470" w14:textId="452BC9A0" w:rsidR="008969BF" w:rsidRPr="00B44F33" w:rsidRDefault="00C324BF">
            <w:r w:rsidRPr="00B44F33">
              <w:rPr>
                <w:b/>
                <w:sz w:val="20"/>
              </w:rPr>
              <w:t xml:space="preserve">Miejscowość i data: </w:t>
            </w:r>
            <w:r w:rsidRPr="00B44F33">
              <w:rPr>
                <w:i/>
                <w:color w:val="5B6573"/>
                <w:sz w:val="20"/>
              </w:rPr>
              <w:t>wpisać</w:t>
            </w:r>
          </w:p>
        </w:tc>
        <w:tc>
          <w:tcPr>
            <w:tcW w:w="6451" w:type="dxa"/>
            <w:gridSpan w:val="2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  <w:tcMar>
              <w:top w:w="95" w:type="dxa"/>
              <w:left w:w="120" w:type="dxa"/>
              <w:bottom w:w="95" w:type="dxa"/>
              <w:right w:w="120" w:type="dxa"/>
            </w:tcMar>
            <w:vAlign w:val="center"/>
          </w:tcPr>
          <w:p w14:paraId="5C4194AA" w14:textId="77777777" w:rsidR="00B20E61" w:rsidRPr="00B44F33" w:rsidRDefault="00B20E61">
            <w:pPr>
              <w:rPr>
                <w:b/>
                <w:sz w:val="20"/>
              </w:rPr>
            </w:pPr>
          </w:p>
          <w:p w14:paraId="1156C3AE" w14:textId="77777777" w:rsidR="00C324BF" w:rsidRPr="00B44F33" w:rsidRDefault="00C324BF" w:rsidP="00C324BF">
            <w:pPr>
              <w:rPr>
                <w:b/>
                <w:sz w:val="20"/>
              </w:rPr>
            </w:pPr>
          </w:p>
          <w:p w14:paraId="042C40FE" w14:textId="236DC503" w:rsidR="00C324BF" w:rsidRPr="00B44F33" w:rsidRDefault="00000000" w:rsidP="00C324BF">
            <w:r w:rsidRPr="00B44F33">
              <w:rPr>
                <w:b/>
                <w:sz w:val="20"/>
              </w:rPr>
              <w:t xml:space="preserve">Podpisujący: </w:t>
            </w:r>
            <w:r w:rsidRPr="00B44F33">
              <w:rPr>
                <w:i/>
                <w:color w:val="5B6573"/>
                <w:sz w:val="20"/>
              </w:rPr>
              <w:t>imię, nazwisko, funkcja i podpis / podpis kwalifikowany</w:t>
            </w:r>
          </w:p>
        </w:tc>
      </w:tr>
    </w:tbl>
    <w:p w14:paraId="3E2DA0CE" w14:textId="77777777" w:rsidR="00D179D2" w:rsidRDefault="00D179D2" w:rsidP="001D46C2">
      <w:pPr>
        <w:pStyle w:val="Tytu"/>
        <w:spacing w:after="80"/>
      </w:pPr>
    </w:p>
    <w:p w14:paraId="6C83AE71" w14:textId="77777777" w:rsidR="005E0C8B" w:rsidRPr="005E0C8B" w:rsidRDefault="005E0C8B" w:rsidP="005E0C8B"/>
    <w:p w14:paraId="0E7CE96A" w14:textId="652ED838" w:rsidR="00B20E61" w:rsidRPr="00B44F33" w:rsidRDefault="00B20E61" w:rsidP="00B20E61">
      <w:pPr>
        <w:pStyle w:val="Bezodstpw"/>
        <w:rPr>
          <w:rFonts w:asciiTheme="majorHAnsi" w:hAnsiTheme="majorHAnsi" w:cstheme="majorHAnsi"/>
          <w:b/>
          <w:bCs/>
          <w:sz w:val="20"/>
          <w:szCs w:val="20"/>
          <w:lang w:val="pl-PL"/>
        </w:rPr>
      </w:pPr>
      <w:r w:rsidRPr="00B44F33">
        <w:rPr>
          <w:rFonts w:asciiTheme="majorHAnsi" w:hAnsiTheme="majorHAnsi" w:cstheme="majorHAnsi"/>
          <w:b/>
          <w:bCs/>
          <w:sz w:val="20"/>
          <w:szCs w:val="20"/>
          <w:lang w:val="pl-PL"/>
        </w:rPr>
        <w:t>Informacja o przetwarzaniu danych osobowych</w:t>
      </w:r>
    </w:p>
    <w:p w14:paraId="7D5DF6E9" w14:textId="77777777" w:rsidR="00B20E61" w:rsidRPr="00B44F33" w:rsidRDefault="00B20E61" w:rsidP="00B20E61">
      <w:pPr>
        <w:pStyle w:val="Bezodstpw"/>
        <w:rPr>
          <w:rFonts w:asciiTheme="majorHAnsi" w:hAnsiTheme="majorHAnsi" w:cstheme="majorHAnsi"/>
          <w:sz w:val="20"/>
          <w:szCs w:val="20"/>
          <w:lang w:val="pl-PL"/>
        </w:rPr>
      </w:pPr>
    </w:p>
    <w:p w14:paraId="32102593" w14:textId="787E68A3" w:rsidR="000647E7" w:rsidRPr="00B44F33" w:rsidRDefault="00B20E61" w:rsidP="00B20E61">
      <w:pPr>
        <w:pStyle w:val="Bezodstpw"/>
        <w:rPr>
          <w:rFonts w:asciiTheme="majorHAnsi" w:hAnsiTheme="majorHAnsi" w:cstheme="majorHAnsi"/>
          <w:sz w:val="20"/>
          <w:szCs w:val="20"/>
          <w:lang w:val="pl-PL"/>
        </w:rPr>
      </w:pPr>
      <w:r w:rsidRPr="00B44F33">
        <w:rPr>
          <w:rFonts w:asciiTheme="majorHAnsi" w:hAnsiTheme="majorHAnsi" w:cstheme="majorHAnsi"/>
          <w:sz w:val="20"/>
          <w:szCs w:val="20"/>
          <w:lang w:val="pl-PL"/>
        </w:rPr>
        <w:t xml:space="preserve">Zarząd Dróg Miejskich w Poznaniu z siedzibą przy ul. Wilczak 17, 61-623 Poznań, jako administrator danych osobowych (dalej Administrator) informuje, że Państwa dane osobowe przetwarzane są w celu realizowania obowiązku prawnego, jakim jest prowadzenie postępowań w trybie Kodeksu postępowania administracyjnego. Mają Państwo prawo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 xml:space="preserve">do żądania od Administratora: dostępu do swoich danych osobowych, sprostowania danych, które są nieprawidłowe,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 xml:space="preserve">a w sytuacjach określonych prawem – ich usunięcia i ograniczenia przetwarzania. Mają Państwo także prawo wniesienia skargi do organu nadzorczego, czyli Prezesa Urzędu Ochrony Danych Osobowych. Wyznaczono inspektora ochrony danych, z którym można się kontaktować poprzez e-mail: iod_mjo@um.poznan.pl lub pisemnie na adres Zarządu.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 xml:space="preserve">Dane po zrealizowaniu celu, dla którego zostały zebrane, będą przetwarzane do celów archiwalnych i przechowywane przez okres niezbędny do zrealizowania przepisów dotyczących archiwizowania danych obowiązujących </w:t>
      </w:r>
      <w:r w:rsidRPr="00B44F33">
        <w:rPr>
          <w:rFonts w:asciiTheme="majorHAnsi" w:hAnsiTheme="majorHAnsi" w:cstheme="majorHAnsi"/>
          <w:sz w:val="20"/>
          <w:szCs w:val="20"/>
          <w:lang w:val="pl-PL"/>
        </w:rPr>
        <w:br/>
        <w:t>u Administratora. Podanie danych osobowych jest obowiązkowe w zakresie, w jakim przesłankę przetwarzania danych osobowych stanowi przepis prawa. W pozostałych przypadkach podanie danych osobowych ma charakter dobrowolny.</w:t>
      </w:r>
    </w:p>
    <w:p w14:paraId="77F533E7" w14:textId="77777777" w:rsidR="000647E7" w:rsidRPr="00B20E61" w:rsidRDefault="000647E7" w:rsidP="00B20E61">
      <w:pPr>
        <w:pStyle w:val="Bezodstpw"/>
        <w:rPr>
          <w:rFonts w:asciiTheme="majorHAnsi" w:hAnsiTheme="majorHAnsi" w:cstheme="majorHAnsi"/>
          <w:sz w:val="18"/>
          <w:szCs w:val="18"/>
          <w:lang w:val="pl-PL"/>
        </w:rPr>
      </w:pPr>
    </w:p>
    <w:sectPr w:rsidR="000647E7" w:rsidRPr="00B20E61" w:rsidSect="005E0C8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021" w:bottom="1276" w:left="1134" w:header="510" w:footer="49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6F097" w14:textId="77777777" w:rsidR="005600F7" w:rsidRPr="00B44F33" w:rsidRDefault="005600F7">
      <w:pPr>
        <w:spacing w:after="0" w:line="240" w:lineRule="auto"/>
      </w:pPr>
      <w:r w:rsidRPr="00B44F33">
        <w:separator/>
      </w:r>
    </w:p>
  </w:endnote>
  <w:endnote w:type="continuationSeparator" w:id="0">
    <w:p w14:paraId="007D4AA1" w14:textId="77777777" w:rsidR="005600F7" w:rsidRPr="00B44F33" w:rsidRDefault="005600F7">
      <w:pPr>
        <w:spacing w:after="0" w:line="240" w:lineRule="auto"/>
      </w:pPr>
      <w:r w:rsidRPr="00B44F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462FE" w14:textId="77777777" w:rsidR="005E0C8B" w:rsidRPr="00B44F33" w:rsidRDefault="005E0C8B" w:rsidP="005E0C8B">
    <w:pPr>
      <w:pStyle w:val="Stopka"/>
    </w:pPr>
    <w:r w:rsidRPr="00B44F33">
      <w:rPr>
        <w:noProof/>
        <w:lang w:eastAsia="pl-PL"/>
      </w:rPr>
      <w:drawing>
        <wp:inline distT="0" distB="0" distL="0" distR="0" wp14:anchorId="7ABD9223" wp14:editId="559C3D9A">
          <wp:extent cx="1152525" cy="323215"/>
          <wp:effectExtent l="0" t="0" r="9525" b="635"/>
          <wp:docPr id="12544719" name="Obraz 12544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304DA9B" w14:textId="46DFF192" w:rsidR="005E0C8B" w:rsidRDefault="005E0C8B" w:rsidP="005E0C8B">
    <w:pPr>
      <w:pStyle w:val="Stopka"/>
      <w:tabs>
        <w:tab w:val="clear" w:pos="9360"/>
        <w:tab w:val="left" w:pos="8220"/>
      </w:tabs>
    </w:pPr>
    <w:r w:rsidRPr="00B44F33">
      <w:rPr>
        <w:sz w:val="20"/>
        <w:szCs w:val="20"/>
      </w:rPr>
      <w:t xml:space="preserve">Zarząd Dróg Miejskich w Poznaniu, ul. Wilczak 17, 61-623 Poznań |  </w:t>
    </w:r>
    <w:hyperlink r:id="rId2" w:history="1">
      <w:r w:rsidRPr="00B44F33">
        <w:rPr>
          <w:rStyle w:val="Hipercze"/>
          <w:sz w:val="20"/>
          <w:szCs w:val="20"/>
        </w:rPr>
        <w:t>www.zdm.poznan.pl</w:t>
      </w:r>
    </w:hyperlink>
    <w:r w:rsidRPr="00B44F33">
      <w:rPr>
        <w:sz w:val="20"/>
        <w:szCs w:val="20"/>
      </w:rPr>
      <w:t xml:space="preserve"> </w:t>
    </w:r>
    <w:r>
      <w:rPr>
        <w:sz w:val="20"/>
        <w:szCs w:val="20"/>
      </w:rPr>
      <w:tab/>
      <w:t xml:space="preserve">            </w:t>
    </w:r>
    <w:r w:rsidRPr="005E0C8B">
      <w:rPr>
        <w:sz w:val="20"/>
        <w:szCs w:val="20"/>
      </w:rPr>
      <w:t xml:space="preserve">Strona </w:t>
    </w:r>
    <w:r>
      <w:rPr>
        <w:sz w:val="20"/>
        <w:szCs w:val="20"/>
      </w:rPr>
      <w:t>2</w:t>
    </w:r>
    <w:r w:rsidRPr="005E0C8B">
      <w:rPr>
        <w:sz w:val="20"/>
        <w:szCs w:val="20"/>
      </w:rPr>
      <w:t xml:space="preserve"> z </w:t>
    </w:r>
    <w:r>
      <w:rPr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F107" w14:textId="77777777" w:rsidR="00435898" w:rsidRPr="00B44F33" w:rsidRDefault="00435898" w:rsidP="00435898">
    <w:pPr>
      <w:pStyle w:val="Stopka"/>
    </w:pPr>
    <w:r w:rsidRPr="00B44F33">
      <w:rPr>
        <w:noProof/>
        <w:lang w:eastAsia="pl-PL"/>
      </w:rPr>
      <w:drawing>
        <wp:inline distT="0" distB="0" distL="0" distR="0" wp14:anchorId="311B0115" wp14:editId="740543BD">
          <wp:extent cx="1152525" cy="323215"/>
          <wp:effectExtent l="0" t="0" r="9525" b="635"/>
          <wp:docPr id="1183854220" name="Obraz 1183854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293EA6" w14:textId="28D90534" w:rsidR="00435898" w:rsidRPr="00B44F33" w:rsidRDefault="00435898" w:rsidP="005E0C8B">
    <w:pPr>
      <w:pStyle w:val="Stopka"/>
      <w:tabs>
        <w:tab w:val="clear" w:pos="9360"/>
        <w:tab w:val="left" w:pos="8220"/>
      </w:tabs>
    </w:pPr>
    <w:r w:rsidRPr="00B44F33">
      <w:rPr>
        <w:sz w:val="20"/>
        <w:szCs w:val="20"/>
      </w:rPr>
      <w:t>Zarząd Dróg Miejskich</w:t>
    </w:r>
    <w:r w:rsidR="00B44F33" w:rsidRPr="00B44F33">
      <w:rPr>
        <w:sz w:val="20"/>
        <w:szCs w:val="20"/>
      </w:rPr>
      <w:t xml:space="preserve"> w Poznaniu</w:t>
    </w:r>
    <w:r w:rsidRPr="00B44F33">
      <w:rPr>
        <w:sz w:val="20"/>
        <w:szCs w:val="20"/>
      </w:rPr>
      <w:t xml:space="preserve">, ul. Wilczak 17, 61-623 Poznań |  </w:t>
    </w:r>
    <w:hyperlink r:id="rId2" w:history="1">
      <w:r w:rsidRPr="00B44F33">
        <w:rPr>
          <w:rStyle w:val="Hipercze"/>
          <w:sz w:val="20"/>
          <w:szCs w:val="20"/>
        </w:rPr>
        <w:t>www.zdm.poznan.pl</w:t>
      </w:r>
    </w:hyperlink>
    <w:r w:rsidRPr="00B44F33">
      <w:rPr>
        <w:sz w:val="20"/>
        <w:szCs w:val="20"/>
      </w:rPr>
      <w:t xml:space="preserve"> </w:t>
    </w:r>
    <w:r w:rsidR="005E0C8B">
      <w:rPr>
        <w:sz w:val="20"/>
        <w:szCs w:val="20"/>
      </w:rPr>
      <w:tab/>
      <w:t xml:space="preserve">            </w:t>
    </w:r>
    <w:r w:rsidR="005E0C8B" w:rsidRPr="005E0C8B">
      <w:rPr>
        <w:sz w:val="20"/>
        <w:szCs w:val="20"/>
      </w:rPr>
      <w:t xml:space="preserve">Strona </w:t>
    </w:r>
    <w:r w:rsidR="005E0C8B">
      <w:rPr>
        <w:sz w:val="20"/>
        <w:szCs w:val="20"/>
      </w:rPr>
      <w:t>3</w:t>
    </w:r>
    <w:r w:rsidR="005E0C8B" w:rsidRPr="005E0C8B">
      <w:rPr>
        <w:sz w:val="20"/>
        <w:szCs w:val="20"/>
      </w:rPr>
      <w:t xml:space="preserve"> z </w:t>
    </w:r>
    <w:r w:rsidR="005E0C8B">
      <w:rPr>
        <w:sz w:val="20"/>
        <w:szCs w:val="20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3562" w14:textId="77777777" w:rsidR="00435898" w:rsidRPr="00B44F33" w:rsidRDefault="00435898" w:rsidP="00435898">
    <w:pPr>
      <w:pStyle w:val="Stopka"/>
    </w:pPr>
    <w:r w:rsidRPr="00B44F33">
      <w:rPr>
        <w:noProof/>
        <w:lang w:eastAsia="pl-PL"/>
      </w:rPr>
      <w:drawing>
        <wp:inline distT="0" distB="0" distL="0" distR="0" wp14:anchorId="7F97E3AA" wp14:editId="0105DE88">
          <wp:extent cx="1152525" cy="323215"/>
          <wp:effectExtent l="0" t="0" r="9525" b="635"/>
          <wp:docPr id="432051112" name="Obraz 432051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91E0EB" w14:textId="4252EA03" w:rsidR="00435898" w:rsidRPr="005E0C8B" w:rsidRDefault="00435898" w:rsidP="00435898">
    <w:pPr>
      <w:pStyle w:val="Stopka"/>
      <w:rPr>
        <w:sz w:val="20"/>
        <w:szCs w:val="20"/>
      </w:rPr>
    </w:pPr>
    <w:r w:rsidRPr="00B44F33">
      <w:rPr>
        <w:sz w:val="20"/>
        <w:szCs w:val="20"/>
      </w:rPr>
      <w:t>Zarząd Dróg Miejskich</w:t>
    </w:r>
    <w:r w:rsidR="00B44F33" w:rsidRPr="00B44F33">
      <w:rPr>
        <w:sz w:val="20"/>
        <w:szCs w:val="20"/>
      </w:rPr>
      <w:t xml:space="preserve"> w Poznaniu</w:t>
    </w:r>
    <w:r w:rsidRPr="00B44F33">
      <w:rPr>
        <w:sz w:val="20"/>
        <w:szCs w:val="20"/>
      </w:rPr>
      <w:t xml:space="preserve">, ul. Wilczak 17, 61-623 Poznań |  </w:t>
    </w:r>
    <w:hyperlink r:id="rId2" w:history="1">
      <w:r w:rsidRPr="00B44F33">
        <w:rPr>
          <w:rStyle w:val="Hipercze"/>
          <w:sz w:val="20"/>
          <w:szCs w:val="20"/>
        </w:rPr>
        <w:t>www.zdm.poznan.pl</w:t>
      </w:r>
    </w:hyperlink>
    <w:r w:rsidR="005E0C8B">
      <w:t xml:space="preserve">                                </w:t>
    </w:r>
    <w:r w:rsidR="005E0C8B" w:rsidRPr="005E0C8B">
      <w:rPr>
        <w:color w:val="5B6573"/>
        <w:sz w:val="20"/>
        <w:szCs w:val="20"/>
        <w:lang w:val="en-US"/>
      </w:rPr>
      <w:t xml:space="preserve">Strona </w:t>
    </w:r>
    <w:r w:rsidR="005E0C8B" w:rsidRPr="005E0C8B">
      <w:rPr>
        <w:sz w:val="20"/>
        <w:szCs w:val="20"/>
        <w:lang w:val="en-US"/>
      </w:rPr>
      <w:fldChar w:fldCharType="begin"/>
    </w:r>
    <w:r w:rsidR="005E0C8B" w:rsidRPr="005E0C8B">
      <w:rPr>
        <w:sz w:val="20"/>
        <w:szCs w:val="20"/>
        <w:lang w:val="en-US"/>
      </w:rPr>
      <w:instrText>PAGE</w:instrText>
    </w:r>
    <w:r w:rsidR="005E0C8B" w:rsidRPr="005E0C8B">
      <w:rPr>
        <w:sz w:val="20"/>
        <w:szCs w:val="20"/>
        <w:lang w:val="en-US"/>
      </w:rPr>
      <w:fldChar w:fldCharType="separate"/>
    </w:r>
    <w:r w:rsidR="005E0C8B" w:rsidRPr="005E0C8B">
      <w:rPr>
        <w:sz w:val="20"/>
        <w:szCs w:val="20"/>
        <w:lang w:val="en-US"/>
      </w:rPr>
      <w:t>2</w:t>
    </w:r>
    <w:r w:rsidR="005E0C8B" w:rsidRPr="005E0C8B">
      <w:rPr>
        <w:sz w:val="20"/>
        <w:szCs w:val="20"/>
        <w:lang w:val="en-US"/>
      </w:rPr>
      <w:fldChar w:fldCharType="end"/>
    </w:r>
    <w:r w:rsidR="005E0C8B" w:rsidRPr="005E0C8B">
      <w:rPr>
        <w:color w:val="5B6573"/>
        <w:sz w:val="20"/>
        <w:szCs w:val="20"/>
        <w:lang w:val="en-US"/>
      </w:rPr>
      <w:t xml:space="preserve"> z </w:t>
    </w:r>
    <w:r w:rsidR="005E0C8B" w:rsidRPr="005E0C8B">
      <w:rPr>
        <w:sz w:val="20"/>
        <w:szCs w:val="20"/>
        <w:lang w:val="en-US"/>
      </w:rPr>
      <w:fldChar w:fldCharType="begin"/>
    </w:r>
    <w:r w:rsidR="005E0C8B" w:rsidRPr="005E0C8B">
      <w:rPr>
        <w:sz w:val="20"/>
        <w:szCs w:val="20"/>
        <w:lang w:val="en-US"/>
      </w:rPr>
      <w:instrText>NUMPAGES</w:instrText>
    </w:r>
    <w:r w:rsidR="005E0C8B" w:rsidRPr="005E0C8B">
      <w:rPr>
        <w:sz w:val="20"/>
        <w:szCs w:val="20"/>
        <w:lang w:val="en-US"/>
      </w:rPr>
      <w:fldChar w:fldCharType="separate"/>
    </w:r>
    <w:r w:rsidR="005E0C8B" w:rsidRPr="005E0C8B">
      <w:rPr>
        <w:sz w:val="20"/>
        <w:szCs w:val="20"/>
        <w:lang w:val="en-US"/>
      </w:rPr>
      <w:t>2</w:t>
    </w:r>
    <w:r w:rsidR="005E0C8B" w:rsidRPr="005E0C8B">
      <w:rPr>
        <w:sz w:val="20"/>
        <w:szCs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30C81" w14:textId="77777777" w:rsidR="005600F7" w:rsidRPr="00B44F33" w:rsidRDefault="005600F7">
      <w:pPr>
        <w:spacing w:after="0" w:line="240" w:lineRule="auto"/>
      </w:pPr>
      <w:r w:rsidRPr="00B44F33">
        <w:separator/>
      </w:r>
    </w:p>
  </w:footnote>
  <w:footnote w:type="continuationSeparator" w:id="0">
    <w:p w14:paraId="7611E0A7" w14:textId="77777777" w:rsidR="005600F7" w:rsidRPr="00B44F33" w:rsidRDefault="005600F7">
      <w:pPr>
        <w:spacing w:after="0" w:line="240" w:lineRule="auto"/>
      </w:pPr>
      <w:r w:rsidRPr="00B44F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3B45" w14:textId="36D90964" w:rsidR="008969BF" w:rsidRPr="00B44F33" w:rsidRDefault="00435898" w:rsidP="00435898">
    <w:pPr>
      <w:pStyle w:val="Nagwek"/>
      <w:tabs>
        <w:tab w:val="clear" w:pos="4680"/>
        <w:tab w:val="clear" w:pos="9360"/>
        <w:tab w:val="left" w:pos="3450"/>
      </w:tabs>
    </w:pPr>
    <w:r w:rsidRPr="00B44F33">
      <w:rPr>
        <w:b/>
        <w:color w:val="5B6573"/>
        <w:sz w:val="17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EF06" w14:textId="09A0BB19" w:rsidR="00435898" w:rsidRPr="00B44F33" w:rsidRDefault="00435898" w:rsidP="00435898">
    <w:pPr>
      <w:pStyle w:val="Nagwek"/>
      <w:jc w:val="right"/>
    </w:pPr>
    <w:r w:rsidRPr="00B44F33">
      <w:rPr>
        <w:noProof/>
        <w:lang w:eastAsia="pl-PL"/>
      </w:rPr>
      <w:drawing>
        <wp:inline distT="0" distB="0" distL="0" distR="0" wp14:anchorId="763670EA" wp14:editId="2196C21D">
          <wp:extent cx="1139322" cy="586775"/>
          <wp:effectExtent l="0" t="0" r="3810" b="3810"/>
          <wp:docPr id="364017051" name="Obraz 3640170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239" cy="608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D72C3A"/>
    <w:multiLevelType w:val="multilevel"/>
    <w:tmpl w:val="DB06F9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E1346"/>
    <w:multiLevelType w:val="multilevel"/>
    <w:tmpl w:val="43069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D55554"/>
    <w:multiLevelType w:val="multilevel"/>
    <w:tmpl w:val="644298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9315113">
    <w:abstractNumId w:val="8"/>
  </w:num>
  <w:num w:numId="2" w16cid:durableId="1736389477">
    <w:abstractNumId w:val="6"/>
  </w:num>
  <w:num w:numId="3" w16cid:durableId="520048506">
    <w:abstractNumId w:val="5"/>
  </w:num>
  <w:num w:numId="4" w16cid:durableId="1443956260">
    <w:abstractNumId w:val="4"/>
  </w:num>
  <w:num w:numId="5" w16cid:durableId="1981229061">
    <w:abstractNumId w:val="7"/>
  </w:num>
  <w:num w:numId="6" w16cid:durableId="82069477">
    <w:abstractNumId w:val="3"/>
  </w:num>
  <w:num w:numId="7" w16cid:durableId="911429135">
    <w:abstractNumId w:val="2"/>
  </w:num>
  <w:num w:numId="8" w16cid:durableId="837116614">
    <w:abstractNumId w:val="1"/>
  </w:num>
  <w:num w:numId="9" w16cid:durableId="773938602">
    <w:abstractNumId w:val="0"/>
  </w:num>
  <w:num w:numId="10" w16cid:durableId="99883877">
    <w:abstractNumId w:val="9"/>
  </w:num>
  <w:num w:numId="11" w16cid:durableId="1500073273">
    <w:abstractNumId w:val="10"/>
  </w:num>
  <w:num w:numId="12" w16cid:durableId="1922906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18E"/>
    <w:rsid w:val="0006063C"/>
    <w:rsid w:val="000647E7"/>
    <w:rsid w:val="00076BD5"/>
    <w:rsid w:val="0015074B"/>
    <w:rsid w:val="00181299"/>
    <w:rsid w:val="001D46C2"/>
    <w:rsid w:val="0029639D"/>
    <w:rsid w:val="002B647A"/>
    <w:rsid w:val="00320DEC"/>
    <w:rsid w:val="00326F90"/>
    <w:rsid w:val="00344C7B"/>
    <w:rsid w:val="00435898"/>
    <w:rsid w:val="005600F7"/>
    <w:rsid w:val="005E0C8B"/>
    <w:rsid w:val="008829FA"/>
    <w:rsid w:val="008848E2"/>
    <w:rsid w:val="008969BF"/>
    <w:rsid w:val="00906132"/>
    <w:rsid w:val="00906706"/>
    <w:rsid w:val="00AA1D8D"/>
    <w:rsid w:val="00B20E61"/>
    <w:rsid w:val="00B44F33"/>
    <w:rsid w:val="00B47730"/>
    <w:rsid w:val="00B653BE"/>
    <w:rsid w:val="00C324BF"/>
    <w:rsid w:val="00C76BC1"/>
    <w:rsid w:val="00CB0664"/>
    <w:rsid w:val="00D179D2"/>
    <w:rsid w:val="00EE294B"/>
    <w:rsid w:val="00F87C34"/>
    <w:rsid w:val="00FC693F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26073F"/>
  <w14:defaultImageDpi w14:val="300"/>
  <w15:docId w15:val="{B9AAB7FF-5A1C-4869-801F-840B7A781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300" w:lineRule="auto"/>
    </w:pPr>
    <w:rPr>
      <w:rFonts w:ascii="Calibri" w:hAnsi="Calibri"/>
      <w:color w:val="1F2937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F4D78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5B6573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0647E7"/>
    <w:rPr>
      <w:color w:val="0000FF" w:themeColor="hyperlink"/>
      <w:u w:val="single"/>
    </w:rPr>
  </w:style>
  <w:style w:type="paragraph" w:customStyle="1" w:styleId="Default">
    <w:name w:val="Default"/>
    <w:basedOn w:val="Normalny"/>
    <w:rsid w:val="000647E7"/>
    <w:pPr>
      <w:autoSpaceDE w:val="0"/>
      <w:autoSpaceDN w:val="0"/>
      <w:spacing w:after="0" w:line="240" w:lineRule="auto"/>
    </w:pPr>
    <w:rPr>
      <w:rFonts w:ascii="Wingdings" w:eastAsiaTheme="minorHAnsi" w:hAnsi="Wingdings" w:cs="Times New Roman"/>
      <w:color w:val="000000"/>
      <w:sz w:val="24"/>
      <w:szCs w:val="24"/>
    </w:rPr>
  </w:style>
  <w:style w:type="character" w:customStyle="1" w:styleId="czeinternetowe">
    <w:name w:val="Łącze internetowe"/>
    <w:basedOn w:val="Domylnaczcionkaakapitu"/>
    <w:uiPriority w:val="99"/>
    <w:unhideWhenUsed/>
    <w:rsid w:val="000647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m.poznan.p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582</Words>
  <Characters>3492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Wzory wniosków inwestora do procedury obsługi inwestycji - art. 16, art. 35 ust. 3 i art. 43 ust. 2</vt:lpstr>
      <vt:lpstr/>
    </vt:vector>
  </TitlesOfParts>
  <Manager/>
  <Company/>
  <LinksUpToDate>false</LinksUpToDate>
  <CharactersWithSpaces>4066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Wzory wniosków inwestora do procedury obsługi inwestycji - art. 16, art. 35 ust. 3 i art. 43 ust. 2</dc:title>
  <dc:subject>ZDM Poznań - procedura wewnętrzna obsługi inwestycji niedrogowych</dc:subject>
  <dc:creator>Zarząd Dróg Miejskich w Poznaniu</dc:creator>
  <cp:keywords>ZDM, art. 16, art. 35 ust. 3, art. 43 ust. 2, inwestor, wnioski</cp:keywords>
  <dc:description>generated by python-docx</dc:description>
  <cp:lastModifiedBy>Sylwia Stec</cp:lastModifiedBy>
  <cp:revision>7</cp:revision>
  <dcterms:created xsi:type="dcterms:W3CDTF">2026-09-04T09:03:00Z</dcterms:created>
  <dcterms:modified xsi:type="dcterms:W3CDTF">2026-09-04T09:27:00Z</dcterms:modified>
  <cp:category/>
</cp:coreProperties>
</file>