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00746" w14:textId="77777777" w:rsidR="00F1359E" w:rsidRPr="001D46C2" w:rsidRDefault="00F1359E" w:rsidP="00F1359E">
      <w:pPr>
        <w:pStyle w:val="Tytu"/>
        <w:spacing w:after="80"/>
        <w:rPr>
          <w:lang w:val="pl-PL"/>
        </w:rPr>
      </w:pPr>
      <w:r w:rsidRPr="001D46C2">
        <w:rPr>
          <w:lang w:val="pl-PL"/>
        </w:rPr>
        <w:t>Wniosek o wydanie zgody na zbliżenie obiektu budowlanego do zewnętrznej krawędzi jezdni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751"/>
      </w:tblGrid>
      <w:tr w:rsidR="00F1359E" w:rsidRPr="001D46C2" w14:paraId="3E8F332A" w14:textId="77777777" w:rsidTr="000A0430">
        <w:trPr>
          <w:cantSplit/>
        </w:trPr>
        <w:tc>
          <w:tcPr>
            <w:tcW w:w="9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0B3D8C0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b/>
                <w:color w:val="1F4D78"/>
                <w:sz w:val="20"/>
                <w:lang w:val="pl-PL"/>
              </w:rPr>
              <w:t xml:space="preserve">Przedmiot: </w:t>
            </w:r>
            <w:r w:rsidRPr="001D46C2">
              <w:rPr>
                <w:sz w:val="20"/>
                <w:lang w:val="pl-PL"/>
              </w:rPr>
              <w:t>Wnoszę o wyrażenie zgody na usytuowanie wskazanego obiektu budowlanego przy drodze publicznej w odległości od zewnętrznej krawędzi jezdni mniejszej niż określona w art. 43 ust. 1 ustawy o drogach publicznych.</w:t>
            </w:r>
          </w:p>
        </w:tc>
      </w:tr>
      <w:tr w:rsidR="00F1359E" w:rsidRPr="001D46C2" w14:paraId="2A7CA512" w14:textId="77777777" w:rsidTr="000A0430">
        <w:trPr>
          <w:cantSplit/>
        </w:trPr>
        <w:tc>
          <w:tcPr>
            <w:tcW w:w="9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AA9E03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b/>
                <w:color w:val="1F4D78"/>
                <w:sz w:val="20"/>
                <w:lang w:val="pl-PL"/>
              </w:rPr>
              <w:t xml:space="preserve">Ważne: </w:t>
            </w:r>
            <w:r w:rsidRPr="001D46C2">
              <w:rPr>
                <w:sz w:val="20"/>
                <w:lang w:val="pl-PL"/>
              </w:rPr>
              <w:t xml:space="preserve">Zgoda może zostać wydana wyłącznie w szczególnie uzasadnionym przypadku. </w:t>
            </w:r>
          </w:p>
        </w:tc>
      </w:tr>
    </w:tbl>
    <w:p w14:paraId="0AD55E10" w14:textId="77777777" w:rsidR="00F1359E" w:rsidRPr="001D46C2" w:rsidRDefault="00F1359E" w:rsidP="00F1359E">
      <w:pPr>
        <w:pStyle w:val="Nagwek2"/>
        <w:rPr>
          <w:lang w:val="pl-PL"/>
        </w:rPr>
      </w:pPr>
      <w:r w:rsidRPr="001D46C2">
        <w:rPr>
          <w:lang w:val="pl-PL"/>
        </w:rPr>
        <w:t>1. Dane inwestora i osoby prowadzącej sprawę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F1359E" w:rsidRPr="001D46C2" w14:paraId="56A481BD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8639F8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Inwestor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66AB4BC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pełna firma / imię i nazwisko</w:t>
            </w:r>
          </w:p>
        </w:tc>
      </w:tr>
      <w:tr w:rsidR="00F1359E" w:rsidRPr="001D46C2" w14:paraId="280E5629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01209A7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Adres / siedziba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0904EA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ulica, nr, kod pocztowy, miejscowość</w:t>
            </w:r>
          </w:p>
        </w:tc>
      </w:tr>
      <w:tr w:rsidR="00F1359E" w:rsidRPr="001D46C2" w14:paraId="18E48E6C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90C1924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Identyfikator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02D6765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KRS / CEIDG / NIP / REGON - odpowiednio</w:t>
            </w:r>
          </w:p>
        </w:tc>
      </w:tr>
      <w:tr w:rsidR="00F1359E" w:rsidRPr="001D46C2" w14:paraId="04E0EE47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3387B1C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Pełnomocnik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D7ABA6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imię i nazwisko, podstawa umocowania; wpisać „nie dotyczy”, jeśli brak</w:t>
            </w:r>
          </w:p>
        </w:tc>
      </w:tr>
      <w:tr w:rsidR="00F1359E" w:rsidRPr="001D46C2" w14:paraId="5E0C2464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421CDB8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Osoba do kontaktu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FDDE0F6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imię i nazwisko, telefon, e-mail</w:t>
            </w:r>
          </w:p>
        </w:tc>
      </w:tr>
    </w:tbl>
    <w:p w14:paraId="12DD072B" w14:textId="77777777" w:rsidR="00F1359E" w:rsidRPr="001D46C2" w:rsidRDefault="00F1359E" w:rsidP="00F1359E">
      <w:pPr>
        <w:spacing w:before="80" w:after="60"/>
        <w:rPr>
          <w:lang w:val="pl-PL"/>
        </w:rPr>
      </w:pPr>
      <w:r w:rsidRPr="001D46C2">
        <w:rPr>
          <w:b/>
          <w:color w:val="1F4D78"/>
          <w:sz w:val="21"/>
          <w:lang w:val="pl-PL"/>
        </w:rPr>
        <w:t>Preferowany sposób doręczania korespondencji:</w:t>
      </w:r>
    </w:p>
    <w:p w14:paraId="4468B33E" w14:textId="77777777" w:rsidR="00F1359E" w:rsidRPr="001D46C2" w:rsidRDefault="00F1359E" w:rsidP="00F1359E">
      <w:pPr>
        <w:spacing w:after="60"/>
        <w:ind w:left="198" w:hanging="57"/>
        <w:rPr>
          <w:lang w:val="pl-PL"/>
        </w:rPr>
      </w:pPr>
      <w:r w:rsidRPr="001D46C2">
        <w:rPr>
          <w:sz w:val="21"/>
          <w:lang w:val="pl-PL"/>
        </w:rPr>
        <w:t xml:space="preserve">☐  elektronicznie - na adres do e-Doręczeń / </w:t>
      </w:r>
      <w:proofErr w:type="spellStart"/>
      <w:r w:rsidRPr="001D46C2">
        <w:rPr>
          <w:sz w:val="21"/>
          <w:lang w:val="pl-PL"/>
        </w:rPr>
        <w:t>ePUAP</w:t>
      </w:r>
      <w:proofErr w:type="spellEnd"/>
      <w:r w:rsidRPr="001D46C2">
        <w:rPr>
          <w:sz w:val="21"/>
          <w:lang w:val="pl-PL"/>
        </w:rPr>
        <w:t xml:space="preserve"> wskazany poniżej</w:t>
      </w:r>
    </w:p>
    <w:p w14:paraId="4D3DA4E9" w14:textId="759958FA" w:rsidR="00F1359E" w:rsidRPr="001D46C2" w:rsidRDefault="00F1359E" w:rsidP="00B14C2A">
      <w:pPr>
        <w:spacing w:after="60"/>
        <w:ind w:left="198" w:hanging="57"/>
        <w:rPr>
          <w:lang w:val="pl-PL"/>
        </w:rPr>
      </w:pPr>
      <w:r w:rsidRPr="001D46C2">
        <w:rPr>
          <w:sz w:val="21"/>
          <w:lang w:val="pl-PL"/>
        </w:rPr>
        <w:t>☐  w postaci papierowej - na adres inwestora</w:t>
      </w:r>
      <w:r w:rsidR="00B14C2A">
        <w:rPr>
          <w:sz w:val="21"/>
          <w:lang w:val="pl-PL"/>
        </w:rPr>
        <w:t>/pełnomocnika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F1359E" w:rsidRPr="001D46C2" w14:paraId="6CA4BC1C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0EC5CAE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Adres elektroniczny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AC577B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 xml:space="preserve">adres do e-Doręczeń / </w:t>
            </w:r>
            <w:proofErr w:type="spellStart"/>
            <w:r w:rsidRPr="001D46C2">
              <w:rPr>
                <w:i/>
                <w:color w:val="7A8694"/>
                <w:sz w:val="20"/>
                <w:lang w:val="pl-PL"/>
              </w:rPr>
              <w:t>ePUAP</w:t>
            </w:r>
            <w:proofErr w:type="spellEnd"/>
            <w:r w:rsidRPr="001D46C2">
              <w:rPr>
                <w:i/>
                <w:color w:val="7A8694"/>
                <w:sz w:val="20"/>
                <w:lang w:val="pl-PL"/>
              </w:rPr>
              <w:t>, jeżeli dotyczy</w:t>
            </w:r>
          </w:p>
        </w:tc>
      </w:tr>
    </w:tbl>
    <w:p w14:paraId="06D16161" w14:textId="77777777" w:rsidR="00F1359E" w:rsidRPr="001D46C2" w:rsidRDefault="00F1359E" w:rsidP="00F1359E">
      <w:pPr>
        <w:pStyle w:val="Nagwek2"/>
        <w:rPr>
          <w:lang w:val="pl-PL"/>
        </w:rPr>
      </w:pPr>
      <w:r w:rsidRPr="001D46C2">
        <w:rPr>
          <w:lang w:val="pl-PL"/>
        </w:rPr>
        <w:t>2. Oznaczenie nieruchomości i drogi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F1359E" w:rsidRPr="001D46C2" w14:paraId="4FC27501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918C99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Nieruchomość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CB9290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adres posesji / lokalizacja</w:t>
            </w:r>
          </w:p>
        </w:tc>
      </w:tr>
      <w:tr w:rsidR="00F1359E" w:rsidRPr="001D46C2" w14:paraId="2477E3EC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0F8745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Działki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8C54F16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numery działek, numer arkusza mapy, numer lub nazwa obrębu</w:t>
            </w:r>
            <w:r w:rsidRPr="001D46C2">
              <w:rPr>
                <w:lang w:val="pl-PL"/>
              </w:rPr>
              <w:br/>
            </w:r>
            <w:r w:rsidRPr="001D46C2">
              <w:rPr>
                <w:color w:val="AAB2BD"/>
                <w:sz w:val="20"/>
                <w:lang w:val="pl-PL"/>
              </w:rPr>
              <w:t>................................................................................................................</w:t>
            </w:r>
          </w:p>
        </w:tc>
      </w:tr>
      <w:tr w:rsidR="00F1359E" w:rsidRPr="001D46C2" w14:paraId="49983DC5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66FA1EA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Droga publiczna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A344EF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nazwa ulicy, kategoria drogi i odcinek</w:t>
            </w:r>
          </w:p>
        </w:tc>
      </w:tr>
      <w:tr w:rsidR="00F1359E" w:rsidRPr="001D46C2" w14:paraId="265C5C0F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0868A33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Tytuł prawny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70CC59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własność / użytkowanie wieczyste / inny tytuł do nieruchomości</w:t>
            </w:r>
          </w:p>
        </w:tc>
      </w:tr>
    </w:tbl>
    <w:p w14:paraId="40446A50" w14:textId="77777777" w:rsidR="00F1359E" w:rsidRPr="001D46C2" w:rsidRDefault="00F1359E" w:rsidP="00B14C2A">
      <w:pPr>
        <w:pStyle w:val="Nagwek2"/>
        <w:spacing w:after="0"/>
        <w:rPr>
          <w:lang w:val="pl-PL"/>
        </w:rPr>
      </w:pPr>
      <w:r w:rsidRPr="001D46C2">
        <w:rPr>
          <w:lang w:val="pl-PL"/>
        </w:rPr>
        <w:t>3. Obiekt i wnioskowane zbliżenie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F1359E" w:rsidRPr="001D46C2" w14:paraId="5052DD0D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BAF681D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Obiekt budowlany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339ED56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rodzaj, funkcja, podstawowe wymiary i opis</w:t>
            </w:r>
            <w:r w:rsidRPr="001D46C2">
              <w:rPr>
                <w:lang w:val="pl-PL"/>
              </w:rPr>
              <w:br/>
            </w:r>
            <w:r w:rsidRPr="001D46C2">
              <w:rPr>
                <w:color w:val="AAB2BD"/>
                <w:sz w:val="20"/>
                <w:lang w:val="pl-PL"/>
              </w:rPr>
              <w:t>................................................................................................................</w:t>
            </w:r>
            <w:r w:rsidRPr="001D46C2">
              <w:rPr>
                <w:lang w:val="pl-PL"/>
              </w:rPr>
              <w:br/>
            </w:r>
            <w:r w:rsidRPr="001D46C2">
              <w:rPr>
                <w:color w:val="AAB2BD"/>
                <w:sz w:val="20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15F70947" w14:textId="77777777" w:rsidR="00F1359E" w:rsidRPr="001D46C2" w:rsidRDefault="00F1359E" w:rsidP="00F1359E">
      <w:pPr>
        <w:spacing w:before="80" w:after="60"/>
        <w:rPr>
          <w:lang w:val="pl-PL"/>
        </w:rPr>
      </w:pPr>
      <w:r w:rsidRPr="001D46C2">
        <w:rPr>
          <w:b/>
          <w:color w:val="1F4D78"/>
          <w:sz w:val="21"/>
          <w:lang w:val="pl-PL"/>
        </w:rPr>
        <w:t>Charakter zamierzenia:</w:t>
      </w:r>
    </w:p>
    <w:p w14:paraId="412B9C32" w14:textId="77777777" w:rsidR="00F1359E" w:rsidRPr="001D46C2" w:rsidRDefault="00F1359E" w:rsidP="00F1359E">
      <w:pPr>
        <w:spacing w:after="60"/>
        <w:ind w:left="198" w:hanging="57"/>
        <w:rPr>
          <w:lang w:val="pl-PL"/>
        </w:rPr>
      </w:pPr>
      <w:r w:rsidRPr="001D46C2">
        <w:rPr>
          <w:sz w:val="21"/>
          <w:lang w:val="pl-PL"/>
        </w:rPr>
        <w:t>☐  budowa nowego obiektu</w:t>
      </w:r>
    </w:p>
    <w:p w14:paraId="4113F4DE" w14:textId="77777777" w:rsidR="00F1359E" w:rsidRPr="001D46C2" w:rsidRDefault="00F1359E" w:rsidP="00F1359E">
      <w:pPr>
        <w:spacing w:after="60"/>
        <w:ind w:left="198" w:hanging="57"/>
        <w:rPr>
          <w:lang w:val="pl-PL"/>
        </w:rPr>
      </w:pPr>
      <w:r w:rsidRPr="001D46C2">
        <w:rPr>
          <w:sz w:val="21"/>
          <w:lang w:val="pl-PL"/>
        </w:rPr>
        <w:t>☐  rozbudowa / nadbudowa / przebudowa obiektu</w:t>
      </w:r>
    </w:p>
    <w:p w14:paraId="35A5C629" w14:textId="77777777" w:rsidR="00F1359E" w:rsidRPr="001D46C2" w:rsidRDefault="00F1359E" w:rsidP="00F1359E">
      <w:pPr>
        <w:spacing w:after="60"/>
        <w:ind w:left="198" w:hanging="57"/>
        <w:rPr>
          <w:lang w:val="pl-PL"/>
        </w:rPr>
      </w:pPr>
      <w:r w:rsidRPr="001D46C2">
        <w:rPr>
          <w:sz w:val="21"/>
          <w:lang w:val="pl-PL"/>
        </w:rPr>
        <w:t>☐  zmiana sposobu użytkowania połączona z robotami</w:t>
      </w:r>
    </w:p>
    <w:p w14:paraId="33AFE0BF" w14:textId="77777777" w:rsidR="00F1359E" w:rsidRPr="001D46C2" w:rsidRDefault="00F1359E" w:rsidP="00F1359E">
      <w:pPr>
        <w:spacing w:after="60"/>
        <w:ind w:left="198" w:hanging="57"/>
        <w:rPr>
          <w:lang w:val="pl-PL"/>
        </w:rPr>
      </w:pPr>
      <w:r w:rsidRPr="001D46C2">
        <w:rPr>
          <w:sz w:val="21"/>
          <w:lang w:val="pl-PL"/>
        </w:rPr>
        <w:t>☐  inny zakres - opisać poniżej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F1359E" w:rsidRPr="001D46C2" w14:paraId="28D19AE8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D4DCEA8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lastRenderedPageBreak/>
              <w:t>Odległość wymagana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FE09FB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odległość wynikająca z art. 43 ust. 1 ustawy - w metrach</w:t>
            </w:r>
          </w:p>
        </w:tc>
      </w:tr>
      <w:tr w:rsidR="00F1359E" w:rsidRPr="001D46C2" w14:paraId="0C5A1E19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307D04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Odległość projektowana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B38C7EA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najmniejsza odległość obiektu od zewnętrznej krawędzi jezdni - w metrach</w:t>
            </w:r>
          </w:p>
        </w:tc>
      </w:tr>
      <w:tr w:rsidR="00F1359E" w:rsidRPr="001D46C2" w14:paraId="065D8091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41607F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Element obiektu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F1FE9E9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 xml:space="preserve">garaż podziemny, balkon, wykusz, itp. </w:t>
            </w:r>
          </w:p>
        </w:tc>
      </w:tr>
      <w:tr w:rsidR="00F1359E" w:rsidRPr="001D46C2" w14:paraId="17B4135E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C19E3F6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Uzasadnienie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84B316E" w14:textId="73472463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szczególne okoliczności uzasadniające zmniejszenie ustawowej odległości</w:t>
            </w:r>
            <w:r w:rsidRPr="001D46C2">
              <w:rPr>
                <w:lang w:val="pl-PL"/>
              </w:rPr>
              <w:br/>
            </w:r>
            <w:r w:rsidRPr="001D46C2">
              <w:rPr>
                <w:color w:val="AAB2BD"/>
                <w:sz w:val="20"/>
                <w:lang w:val="pl-PL"/>
              </w:rPr>
              <w:t>................................................................................................................</w:t>
            </w:r>
            <w:r w:rsidRPr="001D46C2">
              <w:rPr>
                <w:lang w:val="pl-PL"/>
              </w:rPr>
              <w:br/>
            </w:r>
            <w:r w:rsidRPr="001D46C2">
              <w:rPr>
                <w:color w:val="AAB2BD"/>
                <w:sz w:val="20"/>
                <w:lang w:val="pl-PL"/>
              </w:rPr>
              <w:t>................................................................................................................</w:t>
            </w:r>
            <w:r w:rsidRPr="001D46C2">
              <w:rPr>
                <w:lang w:val="pl-PL"/>
              </w:rPr>
              <w:br/>
            </w:r>
            <w:r w:rsidRPr="001D46C2">
              <w:rPr>
                <w:color w:val="AAB2BD"/>
                <w:sz w:val="20"/>
                <w:lang w:val="pl-PL"/>
              </w:rPr>
              <w:t>................................................................................................................</w:t>
            </w:r>
            <w:r w:rsidRPr="001D46C2">
              <w:rPr>
                <w:lang w:val="pl-PL"/>
              </w:rPr>
              <w:br/>
            </w:r>
            <w:r w:rsidRPr="001D46C2">
              <w:rPr>
                <w:color w:val="AAB2BD"/>
                <w:sz w:val="20"/>
                <w:lang w:val="pl-PL"/>
              </w:rPr>
              <w:t>................................................................................................................</w:t>
            </w:r>
            <w:r w:rsidR="00304E81">
              <w:rPr>
                <w:color w:val="AAB2BD"/>
                <w:sz w:val="20"/>
                <w:lang w:val="pl-PL"/>
              </w:rPr>
              <w:t>.</w:t>
            </w:r>
          </w:p>
        </w:tc>
      </w:tr>
    </w:tbl>
    <w:p w14:paraId="7257BEC8" w14:textId="77777777" w:rsidR="00F1359E" w:rsidRPr="001D46C2" w:rsidRDefault="00F1359E" w:rsidP="00F1359E">
      <w:pPr>
        <w:pStyle w:val="Nagwek3"/>
        <w:rPr>
          <w:lang w:val="pl-PL"/>
        </w:rPr>
      </w:pPr>
      <w:r w:rsidRPr="001D46C2">
        <w:rPr>
          <w:lang w:val="pl-PL"/>
        </w:rPr>
        <w:t>4. Załączniki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75"/>
        <w:gridCol w:w="8026"/>
        <w:gridCol w:w="1050"/>
      </w:tblGrid>
      <w:tr w:rsidR="00F1359E" w:rsidRPr="001D46C2" w14:paraId="79014BF3" w14:textId="77777777" w:rsidTr="000A0430">
        <w:trPr>
          <w:cantSplit/>
          <w:tblHeader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3F035B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7087E9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19"/>
                <w:lang w:val="pl-PL"/>
              </w:rPr>
              <w:t>Dokument / informacja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1AC4EC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  <w:r w:rsidRPr="001D46C2">
              <w:rPr>
                <w:b/>
                <w:sz w:val="19"/>
                <w:lang w:val="pl-PL"/>
              </w:rPr>
              <w:t>Nr zał.</w:t>
            </w:r>
          </w:p>
        </w:tc>
      </w:tr>
      <w:tr w:rsidR="00F1359E" w:rsidRPr="001D46C2" w14:paraId="138240FF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1CBAEA6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  <w:r w:rsidRPr="001D46C2">
              <w:rPr>
                <w:sz w:val="24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DF7FC6F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sz w:val="20"/>
                <w:lang w:val="pl-PL"/>
              </w:rPr>
              <w:t>Mapa z zagospodarowaniem terenu i zwymiarowaną najmniejszą odległością obiektu od zewnętrznej krawędzi jezdni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D9BF7E7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</w:p>
        </w:tc>
      </w:tr>
      <w:tr w:rsidR="00F1359E" w:rsidRPr="001D46C2" w14:paraId="47F7F564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0435A8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  <w:r w:rsidRPr="001D46C2">
              <w:rPr>
                <w:sz w:val="24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78B184A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sz w:val="20"/>
                <w:lang w:val="pl-PL"/>
              </w:rPr>
              <w:t>W przypadku obowiązywania MPZP: mapa z naniesionymi liniami rozgraniczającymi drogi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2FB9CE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</w:p>
        </w:tc>
      </w:tr>
      <w:tr w:rsidR="00F1359E" w:rsidRPr="001D46C2" w14:paraId="11349B05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E8DEA34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  <w:r w:rsidRPr="001D46C2">
              <w:rPr>
                <w:sz w:val="24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55E7D71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sz w:val="20"/>
                <w:lang w:val="pl-PL"/>
              </w:rPr>
              <w:t>W przypadku obowiązywania MPZP: oświadczenie projektanta o zgodności rozwiązań z planem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4FF4CDD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</w:p>
        </w:tc>
      </w:tr>
      <w:tr w:rsidR="00F1359E" w:rsidRPr="001D46C2" w14:paraId="49A782C5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A2BD567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  <w:r w:rsidRPr="001D46C2">
              <w:rPr>
                <w:sz w:val="24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A687F0" w14:textId="17DF1AF2" w:rsidR="00F1359E" w:rsidRPr="001D46C2" w:rsidRDefault="00304E81" w:rsidP="000A0430">
            <w:pPr>
              <w:spacing w:after="0" w:line="269" w:lineRule="auto"/>
              <w:rPr>
                <w:lang w:val="pl-PL"/>
              </w:rPr>
            </w:pPr>
            <w:r>
              <w:rPr>
                <w:sz w:val="20"/>
                <w:lang w:val="pl-PL"/>
              </w:rPr>
              <w:t>Przekrój przez planowaną zabudowę z do wymiarowaniem do krawędzi jezdni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5B9F2E2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</w:p>
        </w:tc>
      </w:tr>
      <w:tr w:rsidR="00F1359E" w:rsidRPr="001D46C2" w14:paraId="3D9981F3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50A206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  <w:r w:rsidRPr="001D46C2">
              <w:rPr>
                <w:sz w:val="24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2648D95" w14:textId="77777777" w:rsidR="00F1359E" w:rsidRPr="001D46C2" w:rsidRDefault="00F1359E" w:rsidP="000A0430">
            <w:pPr>
              <w:spacing w:after="0" w:line="269" w:lineRule="auto"/>
              <w:rPr>
                <w:lang w:val="pl-PL"/>
              </w:rPr>
            </w:pPr>
            <w:r w:rsidRPr="001D46C2">
              <w:rPr>
                <w:sz w:val="20"/>
                <w:lang w:val="pl-PL"/>
              </w:rPr>
              <w:t>Inne dokumenty uzasadniające szczególny przypadek lub wymagane przez ZDM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69858F5" w14:textId="77777777" w:rsidR="00F1359E" w:rsidRPr="001D46C2" w:rsidRDefault="00F1359E" w:rsidP="000A0430">
            <w:pPr>
              <w:spacing w:after="0" w:line="269" w:lineRule="auto"/>
              <w:jc w:val="center"/>
              <w:rPr>
                <w:lang w:val="pl-PL"/>
              </w:rPr>
            </w:pPr>
          </w:p>
        </w:tc>
      </w:tr>
    </w:tbl>
    <w:p w14:paraId="451B240A" w14:textId="77777777" w:rsidR="00F1359E" w:rsidRPr="001D46C2" w:rsidRDefault="00F1359E" w:rsidP="00F1359E">
      <w:pPr>
        <w:spacing w:after="60"/>
        <w:rPr>
          <w:lang w:val="pl-PL"/>
        </w:rPr>
      </w:pP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751"/>
      </w:tblGrid>
      <w:tr w:rsidR="00F1359E" w:rsidRPr="001D46C2" w14:paraId="37B0D52A" w14:textId="77777777" w:rsidTr="000A0430">
        <w:trPr>
          <w:cantSplit/>
        </w:trPr>
        <w:tc>
          <w:tcPr>
            <w:tcW w:w="9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D426887" w14:textId="77777777" w:rsidR="00F1359E" w:rsidRPr="001D46C2" w:rsidRDefault="00F1359E" w:rsidP="000A0430">
            <w:pPr>
              <w:spacing w:after="0"/>
              <w:rPr>
                <w:lang w:val="pl-PL"/>
              </w:rPr>
            </w:pPr>
            <w:r w:rsidRPr="001D46C2">
              <w:rPr>
                <w:b/>
                <w:color w:val="1F4D78"/>
                <w:sz w:val="20"/>
                <w:lang w:val="pl-PL"/>
              </w:rPr>
              <w:t xml:space="preserve">Oświadczenie: </w:t>
            </w:r>
            <w:r w:rsidRPr="001D46C2">
              <w:rPr>
                <w:sz w:val="20"/>
                <w:lang w:val="pl-PL"/>
              </w:rPr>
              <w:t>Oświadczam, że dane dotyczące położenia obiektu i jego odległości od zewnętrznej krawędzi jezdni są zgodne z załączoną dokumentacją, a w razie zmiany projektu przedłożę sprawę do ponownej oceny.</w:t>
            </w:r>
          </w:p>
        </w:tc>
      </w:tr>
    </w:tbl>
    <w:p w14:paraId="15EE8919" w14:textId="77777777" w:rsidR="00F1359E" w:rsidRPr="001D46C2" w:rsidRDefault="00F1359E" w:rsidP="00F1359E">
      <w:pPr>
        <w:spacing w:after="0"/>
        <w:rPr>
          <w:lang w:val="pl-PL"/>
        </w:rPr>
      </w:pP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6451"/>
      </w:tblGrid>
      <w:tr w:rsidR="00F1359E" w:rsidRPr="001D46C2" w14:paraId="5320EA46" w14:textId="77777777" w:rsidTr="000A0430">
        <w:trPr>
          <w:cantSplit/>
        </w:trPr>
        <w:tc>
          <w:tcPr>
            <w:tcW w:w="33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B0E3994" w14:textId="77777777" w:rsidR="00F1359E" w:rsidRPr="001D46C2" w:rsidRDefault="00F1359E" w:rsidP="000A0430">
            <w:pPr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 xml:space="preserve">Miejscowość i data: </w:t>
            </w:r>
            <w:r w:rsidRPr="001D46C2">
              <w:rPr>
                <w:i/>
                <w:color w:val="5B6573"/>
                <w:sz w:val="20"/>
                <w:lang w:val="pl-PL"/>
              </w:rPr>
              <w:t>wpisać</w:t>
            </w:r>
          </w:p>
        </w:tc>
        <w:tc>
          <w:tcPr>
            <w:tcW w:w="64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C3D720" w14:textId="77777777" w:rsidR="00F1359E" w:rsidRPr="001D46C2" w:rsidRDefault="00F1359E" w:rsidP="000A0430">
            <w:pPr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 xml:space="preserve">Podpisujący: </w:t>
            </w:r>
            <w:r w:rsidRPr="001D46C2">
              <w:rPr>
                <w:i/>
                <w:color w:val="5B6573"/>
                <w:sz w:val="20"/>
                <w:lang w:val="pl-PL"/>
              </w:rPr>
              <w:t>imię, nazwisko, funkcja i podpis / podpis kwalifikowany</w:t>
            </w:r>
          </w:p>
        </w:tc>
      </w:tr>
    </w:tbl>
    <w:p w14:paraId="3E2DA0CE" w14:textId="77777777" w:rsidR="00D179D2" w:rsidRPr="00F1359E" w:rsidRDefault="00D179D2" w:rsidP="00F1359E">
      <w:pPr>
        <w:pStyle w:val="Tytu"/>
        <w:spacing w:after="80"/>
      </w:pPr>
    </w:p>
    <w:sectPr w:rsidR="00D179D2" w:rsidRPr="00F1359E" w:rsidSect="00F9706E">
      <w:headerReference w:type="default" r:id="rId8"/>
      <w:footerReference w:type="default" r:id="rId9"/>
      <w:pgSz w:w="11906" w:h="16838"/>
      <w:pgMar w:top="1021" w:right="1021" w:bottom="1021" w:left="113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9A78F" w14:textId="77777777" w:rsidR="00344328" w:rsidRDefault="00344328">
      <w:pPr>
        <w:spacing w:after="0" w:line="240" w:lineRule="auto"/>
      </w:pPr>
      <w:r>
        <w:separator/>
      </w:r>
    </w:p>
  </w:endnote>
  <w:endnote w:type="continuationSeparator" w:id="0">
    <w:p w14:paraId="5DADBC8B" w14:textId="77777777" w:rsidR="00344328" w:rsidRDefault="0034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8BC3" w14:textId="77777777" w:rsidR="008969BF" w:rsidRDefault="00000000">
    <w:pPr>
      <w:pStyle w:val="Stopka"/>
      <w:jc w:val="right"/>
    </w:pPr>
    <w:r>
      <w:rPr>
        <w:color w:val="5B6573"/>
        <w:sz w:val="17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06018E">
      <w:rPr>
        <w:noProof/>
      </w:rPr>
      <w:t>1</w:t>
    </w:r>
    <w:r>
      <w:fldChar w:fldCharType="end"/>
    </w:r>
    <w:r>
      <w:rPr>
        <w:color w:val="5B6573"/>
        <w:sz w:val="17"/>
      </w:rPr>
      <w:t xml:space="preserve"> z </w:t>
    </w:r>
    <w:r>
      <w:fldChar w:fldCharType="begin"/>
    </w:r>
    <w:r>
      <w:instrText>NUMPAGES</w:instrText>
    </w:r>
    <w:r>
      <w:fldChar w:fldCharType="separate"/>
    </w:r>
    <w:r w:rsidR="0006018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8C88B" w14:textId="77777777" w:rsidR="00344328" w:rsidRDefault="00344328">
      <w:pPr>
        <w:spacing w:after="0" w:line="240" w:lineRule="auto"/>
      </w:pPr>
      <w:r>
        <w:separator/>
      </w:r>
    </w:p>
  </w:footnote>
  <w:footnote w:type="continuationSeparator" w:id="0">
    <w:p w14:paraId="63AD66D8" w14:textId="77777777" w:rsidR="00344328" w:rsidRDefault="0034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3B45" w14:textId="4B8F0AA2" w:rsidR="008969BF" w:rsidRDefault="00000000">
    <w:pPr>
      <w:pStyle w:val="Nagwek"/>
    </w:pPr>
    <w:r>
      <w:rPr>
        <w:b/>
        <w:color w:val="5B6573"/>
        <w:sz w:val="17"/>
      </w:rPr>
      <w:t xml:space="preserve">ZARZĄD DRÓG MIEJSKICH W POZNANIU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9315113">
    <w:abstractNumId w:val="8"/>
  </w:num>
  <w:num w:numId="2" w16cid:durableId="1736389477">
    <w:abstractNumId w:val="6"/>
  </w:num>
  <w:num w:numId="3" w16cid:durableId="520048506">
    <w:abstractNumId w:val="5"/>
  </w:num>
  <w:num w:numId="4" w16cid:durableId="1443956260">
    <w:abstractNumId w:val="4"/>
  </w:num>
  <w:num w:numId="5" w16cid:durableId="1981229061">
    <w:abstractNumId w:val="7"/>
  </w:num>
  <w:num w:numId="6" w16cid:durableId="82069477">
    <w:abstractNumId w:val="3"/>
  </w:num>
  <w:num w:numId="7" w16cid:durableId="911429135">
    <w:abstractNumId w:val="2"/>
  </w:num>
  <w:num w:numId="8" w16cid:durableId="837116614">
    <w:abstractNumId w:val="1"/>
  </w:num>
  <w:num w:numId="9" w16cid:durableId="773938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18E"/>
    <w:rsid w:val="0006063C"/>
    <w:rsid w:val="00076BD5"/>
    <w:rsid w:val="0015074B"/>
    <w:rsid w:val="001D46C2"/>
    <w:rsid w:val="0029639D"/>
    <w:rsid w:val="00304E81"/>
    <w:rsid w:val="00320DEC"/>
    <w:rsid w:val="00326F90"/>
    <w:rsid w:val="00344328"/>
    <w:rsid w:val="00635AE1"/>
    <w:rsid w:val="00772289"/>
    <w:rsid w:val="008829FA"/>
    <w:rsid w:val="008848E2"/>
    <w:rsid w:val="008969BF"/>
    <w:rsid w:val="00906706"/>
    <w:rsid w:val="00A92045"/>
    <w:rsid w:val="00AA1D8D"/>
    <w:rsid w:val="00B14C2A"/>
    <w:rsid w:val="00B47730"/>
    <w:rsid w:val="00C76BC1"/>
    <w:rsid w:val="00CB0664"/>
    <w:rsid w:val="00CB65F4"/>
    <w:rsid w:val="00D179D2"/>
    <w:rsid w:val="00F1359E"/>
    <w:rsid w:val="00F970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6073F"/>
  <w14:defaultImageDpi w14:val="300"/>
  <w15:docId w15:val="{B9AAB7FF-5A1C-4869-801F-840B7A78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300" w:lineRule="auto"/>
    </w:pPr>
    <w:rPr>
      <w:rFonts w:ascii="Calibri" w:hAnsi="Calibri"/>
      <w:color w:val="1F2937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F4D78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spacing w:after="360"/>
    </w:pPr>
    <w:rPr>
      <w:rFonts w:asciiTheme="majorHAnsi" w:eastAsiaTheme="majorEastAsia" w:hAnsiTheme="majorHAnsi" w:cstheme="majorBidi"/>
      <w:i/>
      <w:iCs/>
      <w:color w:val="5B6573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488</Words>
  <Characters>2933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Wzory wniosków inwestora do procedury obsługi inwestycji - art. 16, art. 35 ust. 3 i art. 43 ust. 2</vt:lpstr>
      <vt:lpstr/>
    </vt:vector>
  </TitlesOfParts>
  <Manager/>
  <Company/>
  <LinksUpToDate>false</LinksUpToDate>
  <CharactersWithSpaces>3415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Wzory wniosków inwestora do procedury obsługi inwestycji - art. 16, art. 35 ust. 3 i art. 43 ust. 2</dc:title>
  <dc:subject>ZDM Poznań - procedura wewnętrzna obsługi inwestycji niedrogowych</dc:subject>
  <dc:creator>Zarząd Dróg Miejskich w Poznaniu</dc:creator>
  <cp:keywords>ZDM, art. 16, art. 35 ust. 3, art. 43 ust. 2, inwestor, wnioski</cp:keywords>
  <dc:description>generated by python-docx</dc:description>
  <cp:lastModifiedBy>Karolina Adamczak</cp:lastModifiedBy>
  <cp:revision>6</cp:revision>
  <dcterms:created xsi:type="dcterms:W3CDTF">2026-08-21T08:35:00Z</dcterms:created>
  <dcterms:modified xsi:type="dcterms:W3CDTF">2026-08-26T13:16:00Z</dcterms:modified>
  <cp:category/>
</cp:coreProperties>
</file>