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444A4" w14:textId="77777777" w:rsidR="00985E2E" w:rsidRDefault="00985E2E" w:rsidP="00985E2E">
      <w:pPr>
        <w:pStyle w:val="Tytu"/>
        <w:spacing w:after="80"/>
      </w:pPr>
      <w:r w:rsidRPr="001D46C2">
        <w:t xml:space="preserve">Wniosek o </w:t>
      </w:r>
      <w:r>
        <w:t>uzgodnienie projektu koncepcyjnego przebudowy układu drogowego</w:t>
      </w:r>
    </w:p>
    <w:p w14:paraId="165EC2EB" w14:textId="77777777" w:rsidR="00985E2E" w:rsidRPr="00985E2E" w:rsidRDefault="00985E2E" w:rsidP="00985E2E"/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751"/>
      </w:tblGrid>
      <w:tr w:rsidR="00985E2E" w:rsidRPr="001D46C2" w14:paraId="1B7538DB" w14:textId="77777777" w:rsidTr="001E01E7">
        <w:trPr>
          <w:cantSplit/>
        </w:trPr>
        <w:tc>
          <w:tcPr>
            <w:tcW w:w="9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39FB95" w14:textId="77777777" w:rsidR="00985E2E" w:rsidRPr="001D46C2" w:rsidRDefault="00985E2E" w:rsidP="001E01E7">
            <w:pPr>
              <w:spacing w:after="0"/>
            </w:pPr>
            <w:r>
              <w:rPr>
                <w:b/>
                <w:color w:val="1F4D78"/>
                <w:sz w:val="20"/>
              </w:rPr>
              <w:t>Zakres projektu koncepcyjnego musi wynikać z pisma ZDM- Zespołu ds. Analiz komunikacyjnych i obejmować bezpieczne i funkcjonalne powiązanie z istniejącą infrastrukturą drogową</w:t>
            </w:r>
          </w:p>
        </w:tc>
      </w:tr>
    </w:tbl>
    <w:p w14:paraId="7B12E619" w14:textId="77777777" w:rsidR="00985E2E" w:rsidRPr="001D46C2" w:rsidRDefault="00985E2E" w:rsidP="00985E2E">
      <w:pPr>
        <w:pStyle w:val="Nagwek2"/>
      </w:pPr>
      <w:r w:rsidRPr="001D46C2">
        <w:t>1. Dane inwestora i osoby prowadzącej sprawę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985E2E" w:rsidRPr="001D46C2" w14:paraId="23BA5D2F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F12444C" w14:textId="77777777" w:rsidR="00985E2E" w:rsidRPr="001D46C2" w:rsidRDefault="00985E2E" w:rsidP="001E01E7">
            <w:pPr>
              <w:spacing w:after="0" w:line="269" w:lineRule="auto"/>
              <w:rPr>
                <w:b/>
                <w:sz w:val="20"/>
              </w:rPr>
            </w:pPr>
            <w:r w:rsidRPr="001D46C2">
              <w:rPr>
                <w:b/>
                <w:sz w:val="20"/>
              </w:rPr>
              <w:t>Inwestycja drogowa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D2CACA" w14:textId="77777777" w:rsidR="00985E2E" w:rsidRPr="001D46C2" w:rsidRDefault="00985E2E" w:rsidP="001E01E7">
            <w:pPr>
              <w:spacing w:after="0"/>
              <w:rPr>
                <w:i/>
                <w:color w:val="7A8694"/>
                <w:sz w:val="20"/>
              </w:rPr>
            </w:pPr>
            <w:r w:rsidRPr="001D46C2">
              <w:rPr>
                <w:i/>
                <w:color w:val="7A8694"/>
                <w:sz w:val="20"/>
              </w:rPr>
              <w:t>nazwa i lokalizacja</w:t>
            </w:r>
          </w:p>
        </w:tc>
      </w:tr>
      <w:tr w:rsidR="00985E2E" w:rsidRPr="001D46C2" w14:paraId="395E982F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F959796" w14:textId="77777777" w:rsidR="00985E2E" w:rsidRPr="001D46C2" w:rsidRDefault="00985E2E" w:rsidP="001E01E7">
            <w:pPr>
              <w:spacing w:after="0" w:line="269" w:lineRule="auto"/>
            </w:pPr>
            <w:r w:rsidRPr="001D46C2">
              <w:rPr>
                <w:b/>
                <w:sz w:val="20"/>
              </w:rPr>
              <w:t>Inwestor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8E52237" w14:textId="77777777" w:rsidR="00985E2E" w:rsidRPr="001D46C2" w:rsidRDefault="00985E2E" w:rsidP="001E01E7">
            <w:pPr>
              <w:spacing w:after="0"/>
            </w:pPr>
            <w:r w:rsidRPr="001D46C2">
              <w:rPr>
                <w:i/>
                <w:color w:val="7A8694"/>
                <w:sz w:val="20"/>
              </w:rPr>
              <w:t>Pełn</w:t>
            </w:r>
            <w:r>
              <w:rPr>
                <w:i/>
                <w:color w:val="7A8694"/>
                <w:sz w:val="20"/>
              </w:rPr>
              <w:t xml:space="preserve">e dane </w:t>
            </w:r>
            <w:proofErr w:type="spellStart"/>
            <w:r>
              <w:rPr>
                <w:i/>
                <w:color w:val="7A8694"/>
                <w:sz w:val="20"/>
              </w:rPr>
              <w:t>firmy,KRS</w:t>
            </w:r>
            <w:proofErr w:type="spellEnd"/>
            <w:r w:rsidRPr="001D46C2">
              <w:rPr>
                <w:i/>
                <w:color w:val="7A8694"/>
                <w:sz w:val="20"/>
              </w:rPr>
              <w:t>/ imię i nazwisko</w:t>
            </w:r>
          </w:p>
        </w:tc>
      </w:tr>
      <w:tr w:rsidR="00985E2E" w:rsidRPr="001D46C2" w14:paraId="7EA7EC97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D0114BE" w14:textId="77777777" w:rsidR="00985E2E" w:rsidRPr="001D46C2" w:rsidRDefault="00985E2E" w:rsidP="001E01E7">
            <w:pPr>
              <w:spacing w:after="0" w:line="269" w:lineRule="auto"/>
            </w:pPr>
            <w:r w:rsidRPr="001D46C2">
              <w:rPr>
                <w:b/>
                <w:sz w:val="20"/>
              </w:rPr>
              <w:t>Adres / siedziba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85BCC7" w14:textId="77777777" w:rsidR="00985E2E" w:rsidRPr="001D46C2" w:rsidRDefault="00985E2E" w:rsidP="001E01E7">
            <w:pPr>
              <w:spacing w:after="0"/>
            </w:pPr>
            <w:r w:rsidRPr="001D46C2">
              <w:rPr>
                <w:i/>
                <w:color w:val="7A8694"/>
                <w:sz w:val="20"/>
              </w:rPr>
              <w:t>ulica, nr, kod pocztowy, miejscowość</w:t>
            </w:r>
          </w:p>
        </w:tc>
      </w:tr>
      <w:tr w:rsidR="00985E2E" w:rsidRPr="001D46C2" w14:paraId="296D650A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2C55F1" w14:textId="77777777" w:rsidR="00985E2E" w:rsidRPr="001D46C2" w:rsidRDefault="00985E2E" w:rsidP="001E01E7">
            <w:pPr>
              <w:spacing w:after="0" w:line="269" w:lineRule="auto"/>
            </w:pPr>
            <w:r w:rsidRPr="001D46C2">
              <w:rPr>
                <w:b/>
                <w:sz w:val="20"/>
              </w:rPr>
              <w:t>Pełnomocnik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E9C668" w14:textId="77777777" w:rsidR="00985E2E" w:rsidRPr="001D46C2" w:rsidRDefault="00985E2E" w:rsidP="001E01E7">
            <w:pPr>
              <w:spacing w:after="0"/>
            </w:pPr>
            <w:r w:rsidRPr="001D46C2">
              <w:rPr>
                <w:i/>
                <w:color w:val="7A8694"/>
                <w:sz w:val="20"/>
              </w:rPr>
              <w:t>imię i nazwisko, podstawa umocowania; wpisać „nie dotyczy”, jeśli brak</w:t>
            </w:r>
          </w:p>
        </w:tc>
      </w:tr>
    </w:tbl>
    <w:p w14:paraId="64CA01A1" w14:textId="77777777" w:rsidR="00985E2E" w:rsidRPr="001D46C2" w:rsidRDefault="00985E2E" w:rsidP="00985E2E">
      <w:pPr>
        <w:spacing w:before="80" w:after="60"/>
      </w:pPr>
      <w:r w:rsidRPr="001D46C2">
        <w:rPr>
          <w:b/>
          <w:color w:val="1F4D78"/>
          <w:sz w:val="21"/>
        </w:rPr>
        <w:t>Preferowany sposób doręczania korespondencji:</w:t>
      </w:r>
    </w:p>
    <w:p w14:paraId="34AD64E4" w14:textId="77777777" w:rsidR="00985E2E" w:rsidRPr="001D46C2" w:rsidRDefault="00985E2E" w:rsidP="00985E2E">
      <w:pPr>
        <w:spacing w:after="60"/>
        <w:ind w:left="198" w:hanging="57"/>
      </w:pPr>
      <w:r w:rsidRPr="00E321BA">
        <w:rPr>
          <w:color w:val="auto"/>
          <w:sz w:val="21"/>
        </w:rPr>
        <w:t>☐</w:t>
      </w:r>
      <w:r w:rsidRPr="001D46C2">
        <w:rPr>
          <w:sz w:val="21"/>
        </w:rPr>
        <w:t xml:space="preserve">  elektronicznie - na adres do e-Doręczeń 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985E2E" w:rsidRPr="001D46C2" w14:paraId="08FA4518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044BC7" w14:textId="77777777" w:rsidR="00985E2E" w:rsidRPr="001D46C2" w:rsidRDefault="00985E2E" w:rsidP="001E01E7">
            <w:pPr>
              <w:spacing w:after="0" w:line="269" w:lineRule="auto"/>
            </w:pPr>
            <w:bookmarkStart w:id="0" w:name="_Hlk241211787"/>
            <w:r w:rsidRPr="001D46C2">
              <w:rPr>
                <w:b/>
                <w:sz w:val="20"/>
              </w:rPr>
              <w:t>Adres elektroniczny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DC0009" w14:textId="77777777" w:rsidR="00985E2E" w:rsidRPr="001D46C2" w:rsidRDefault="00985E2E" w:rsidP="001E01E7">
            <w:pPr>
              <w:spacing w:after="0"/>
            </w:pPr>
            <w:r w:rsidRPr="001D46C2">
              <w:rPr>
                <w:i/>
                <w:color w:val="7A8694"/>
                <w:sz w:val="20"/>
              </w:rPr>
              <w:t xml:space="preserve">adres do e-Doręczeń </w:t>
            </w:r>
          </w:p>
        </w:tc>
      </w:tr>
    </w:tbl>
    <w:bookmarkEnd w:id="0"/>
    <w:p w14:paraId="04396BE2" w14:textId="77777777" w:rsidR="00985E2E" w:rsidRDefault="00985E2E" w:rsidP="00985E2E">
      <w:pPr>
        <w:pStyle w:val="Nagwek2"/>
        <w:ind w:left="142"/>
        <w:rPr>
          <w:b w:val="0"/>
          <w:color w:val="auto"/>
          <w:sz w:val="20"/>
          <w:szCs w:val="20"/>
        </w:rPr>
      </w:pPr>
      <w:r w:rsidRPr="00E321BA">
        <w:rPr>
          <w:b w:val="0"/>
          <w:color w:val="auto"/>
          <w:sz w:val="21"/>
        </w:rPr>
        <w:t>☐</w:t>
      </w:r>
      <w:r w:rsidRPr="00E321BA">
        <w:rPr>
          <w:color w:val="auto"/>
          <w:sz w:val="21"/>
        </w:rPr>
        <w:t xml:space="preserve"> </w:t>
      </w:r>
      <w:r w:rsidRPr="001D46C2">
        <w:rPr>
          <w:sz w:val="21"/>
        </w:rPr>
        <w:t xml:space="preserve"> </w:t>
      </w:r>
      <w:r w:rsidRPr="00E321BA">
        <w:rPr>
          <w:b w:val="0"/>
          <w:color w:val="auto"/>
          <w:sz w:val="20"/>
          <w:szCs w:val="20"/>
        </w:rPr>
        <w:t xml:space="preserve">w postaci papierowej 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985E2E" w:rsidRPr="001D46C2" w14:paraId="6ABE8551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EC7F7D" w14:textId="77777777" w:rsidR="00985E2E" w:rsidRPr="001D46C2" w:rsidRDefault="00985E2E" w:rsidP="001E01E7">
            <w:pPr>
              <w:spacing w:after="0" w:line="269" w:lineRule="auto"/>
            </w:pPr>
            <w:r>
              <w:rPr>
                <w:b/>
                <w:sz w:val="20"/>
              </w:rPr>
              <w:t>Adres do korespondencji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E3B5B3" w14:textId="77777777" w:rsidR="00985E2E" w:rsidRPr="00E321BA" w:rsidRDefault="00985E2E" w:rsidP="001E01E7">
            <w:pPr>
              <w:spacing w:after="0"/>
              <w:rPr>
                <w:i/>
              </w:rPr>
            </w:pPr>
            <w:r w:rsidRPr="00E321BA">
              <w:rPr>
                <w:i/>
                <w:color w:val="808080" w:themeColor="background1" w:themeShade="80"/>
                <w:sz w:val="20"/>
                <w:szCs w:val="20"/>
              </w:rPr>
              <w:t>adres Inwestora/Pełnomocnika</w:t>
            </w:r>
          </w:p>
        </w:tc>
      </w:tr>
    </w:tbl>
    <w:p w14:paraId="2A0D66D8" w14:textId="77777777" w:rsidR="00985E2E" w:rsidRPr="001D46C2" w:rsidRDefault="00985E2E" w:rsidP="00985E2E">
      <w:pPr>
        <w:pStyle w:val="Nagwek2"/>
      </w:pPr>
      <w:r w:rsidRPr="001D46C2">
        <w:t xml:space="preserve">2. </w:t>
      </w:r>
      <w:r>
        <w:t>Wymagane dokumenty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985E2E" w:rsidRPr="001D46C2" w14:paraId="7967A56F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2F2DF4" w14:textId="77777777" w:rsidR="00985E2E" w:rsidRPr="001D46C2" w:rsidRDefault="00985E2E" w:rsidP="001E01E7">
            <w:pPr>
              <w:spacing w:after="0" w:line="269" w:lineRule="auto"/>
            </w:pPr>
            <w:r>
              <w:rPr>
                <w:b/>
                <w:sz w:val="20"/>
              </w:rPr>
              <w:t>Pełnomocnictwo</w:t>
            </w:r>
            <w:r>
              <w:t xml:space="preserve"> 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002E067" w14:textId="77777777" w:rsidR="00985E2E" w:rsidRPr="001D46C2" w:rsidRDefault="00985E2E" w:rsidP="001E01E7">
            <w:pPr>
              <w:spacing w:after="0"/>
            </w:pPr>
            <w:r>
              <w:rPr>
                <w:i/>
                <w:color w:val="7A8694"/>
                <w:sz w:val="20"/>
              </w:rPr>
              <w:t>Tak/nie dotyczy</w:t>
            </w:r>
          </w:p>
        </w:tc>
      </w:tr>
      <w:tr w:rsidR="00985E2E" w:rsidRPr="001D46C2" w14:paraId="22A3FF6C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842813F" w14:textId="77777777" w:rsidR="00985E2E" w:rsidRPr="001D46C2" w:rsidRDefault="00985E2E" w:rsidP="001E01E7">
            <w:pPr>
              <w:spacing w:after="0" w:line="269" w:lineRule="auto"/>
            </w:pPr>
            <w:r>
              <w:rPr>
                <w:b/>
                <w:sz w:val="20"/>
              </w:rPr>
              <w:t>Potwierdzenie uiszczenia opłaty skarbowej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651358" w14:textId="77777777" w:rsidR="00985E2E" w:rsidRPr="001D46C2" w:rsidRDefault="00985E2E" w:rsidP="001E01E7">
            <w:pPr>
              <w:spacing w:after="0"/>
            </w:pPr>
            <w:r>
              <w:rPr>
                <w:i/>
                <w:color w:val="7A8694"/>
                <w:sz w:val="20"/>
              </w:rPr>
              <w:t>Tak/nie dotyczy</w:t>
            </w:r>
          </w:p>
        </w:tc>
      </w:tr>
      <w:tr w:rsidR="00985E2E" w:rsidRPr="001D46C2" w14:paraId="04238765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8A8DA8" w14:textId="77777777" w:rsidR="00985E2E" w:rsidRPr="001D46C2" w:rsidRDefault="00985E2E" w:rsidP="001E01E7">
            <w:pPr>
              <w:spacing w:after="0" w:line="269" w:lineRule="auto"/>
            </w:pPr>
            <w:r>
              <w:rPr>
                <w:b/>
                <w:sz w:val="20"/>
              </w:rPr>
              <w:t>Projekt koncepcyjny zawiera: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691B15" w14:textId="77777777" w:rsidR="00985E2E" w:rsidRDefault="00985E2E" w:rsidP="00985E2E">
            <w:pPr>
              <w:pStyle w:val="Akapitzlist"/>
              <w:numPr>
                <w:ilvl w:val="0"/>
                <w:numId w:val="14"/>
              </w:numPr>
              <w:ind w:left="179" w:hanging="284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E975A7">
              <w:rPr>
                <w:i/>
                <w:color w:val="808080" w:themeColor="background1" w:themeShade="80"/>
                <w:sz w:val="20"/>
                <w:szCs w:val="20"/>
              </w:rPr>
              <w:t>Opis techniczny inwestycji drogowej</w:t>
            </w:r>
          </w:p>
          <w:p w14:paraId="4940BF2F" w14:textId="77777777" w:rsidR="00985E2E" w:rsidRPr="00E975A7" w:rsidRDefault="00985E2E" w:rsidP="00985E2E">
            <w:pPr>
              <w:pStyle w:val="Akapitzlist"/>
              <w:numPr>
                <w:ilvl w:val="0"/>
                <w:numId w:val="14"/>
              </w:numPr>
              <w:ind w:left="179" w:hanging="284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E975A7">
              <w:rPr>
                <w:i/>
                <w:color w:val="808080" w:themeColor="background1" w:themeShade="80"/>
                <w:sz w:val="20"/>
                <w:szCs w:val="20"/>
              </w:rPr>
              <w:t>plan sytuacyjny projektowanego układu drogowego przedstawiony na aktualnej mapie zasadniczej do celów projektowych w skali 1:500 wraz z zagospodarowania terenu</w:t>
            </w:r>
            <w:r>
              <w:rPr>
                <w:i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E975A7">
              <w:rPr>
                <w:i/>
                <w:color w:val="808080" w:themeColor="background1" w:themeShade="80"/>
                <w:sz w:val="20"/>
                <w:szCs w:val="20"/>
              </w:rPr>
              <w:t>Inwestora</w:t>
            </w:r>
            <w:r>
              <w:rPr>
                <w:i/>
                <w:color w:val="808080" w:themeColor="background1" w:themeShade="80"/>
                <w:sz w:val="20"/>
                <w:szCs w:val="20"/>
              </w:rPr>
              <w:t>;</w:t>
            </w:r>
          </w:p>
          <w:p w14:paraId="53F33DA6" w14:textId="77777777" w:rsidR="00985E2E" w:rsidRDefault="00985E2E" w:rsidP="00985E2E">
            <w:pPr>
              <w:pStyle w:val="Akapitzlist"/>
              <w:numPr>
                <w:ilvl w:val="0"/>
                <w:numId w:val="14"/>
              </w:numPr>
              <w:ind w:left="179" w:hanging="284"/>
              <w:rPr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</w:rPr>
              <w:t>Przekroje normalne w charakterystycznych miejscach……………</w:t>
            </w:r>
            <w:r w:rsidRPr="000F5F53">
              <w:rPr>
                <w:i/>
                <w:color w:val="808080" w:themeColor="background1" w:themeShade="80"/>
                <w:sz w:val="20"/>
                <w:szCs w:val="20"/>
              </w:rPr>
              <w:t>…</w:t>
            </w:r>
            <w:r>
              <w:rPr>
                <w:i/>
                <w:color w:val="808080" w:themeColor="background1" w:themeShade="80"/>
                <w:sz w:val="20"/>
                <w:szCs w:val="20"/>
              </w:rPr>
              <w:t>…</w:t>
            </w:r>
            <w:r w:rsidRPr="000F5F53">
              <w:rPr>
                <w:i/>
                <w:color w:val="808080" w:themeColor="background1" w:themeShade="80"/>
                <w:sz w:val="20"/>
                <w:szCs w:val="20"/>
              </w:rPr>
              <w:t xml:space="preserve"> tak/nie dotyczy,</w:t>
            </w:r>
          </w:p>
          <w:p w14:paraId="3590DF66" w14:textId="77777777" w:rsidR="00985E2E" w:rsidRDefault="00985E2E" w:rsidP="00985E2E">
            <w:pPr>
              <w:pStyle w:val="Akapitzlist"/>
              <w:numPr>
                <w:ilvl w:val="0"/>
                <w:numId w:val="14"/>
              </w:numPr>
              <w:ind w:left="179" w:hanging="284"/>
              <w:rPr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</w:rPr>
              <w:t>I</w:t>
            </w:r>
            <w:r w:rsidRPr="00E975A7">
              <w:rPr>
                <w:i/>
                <w:color w:val="808080" w:themeColor="background1" w:themeShade="80"/>
                <w:sz w:val="20"/>
                <w:szCs w:val="20"/>
              </w:rPr>
              <w:t>nwentaryzacja dendrologiczna zieleni istniejące</w:t>
            </w:r>
            <w:r>
              <w:rPr>
                <w:i/>
                <w:color w:val="808080" w:themeColor="background1" w:themeShade="80"/>
                <w:sz w:val="20"/>
                <w:szCs w:val="20"/>
              </w:rPr>
              <w:t xml:space="preserve"> ze wskazaniem drzew do zachowania i wycinki</w:t>
            </w:r>
            <w:r w:rsidRPr="00E975A7">
              <w:rPr>
                <w:i/>
                <w:color w:val="808080" w:themeColor="background1" w:themeShade="80"/>
                <w:sz w:val="20"/>
                <w:szCs w:val="20"/>
              </w:rPr>
              <w:t xml:space="preserve"> wykonana zgodnie z wytycznymi ZDM</w:t>
            </w:r>
            <w:r>
              <w:rPr>
                <w:i/>
                <w:color w:val="808080" w:themeColor="background1" w:themeShade="80"/>
                <w:sz w:val="20"/>
                <w:szCs w:val="20"/>
              </w:rPr>
              <w:t>………..</w:t>
            </w:r>
            <w:r w:rsidRPr="00E975A7">
              <w:rPr>
                <w:i/>
                <w:color w:val="808080" w:themeColor="background1" w:themeShade="80"/>
                <w:sz w:val="20"/>
                <w:szCs w:val="20"/>
              </w:rPr>
              <w:t>tak/nie dotyczy,</w:t>
            </w:r>
          </w:p>
          <w:p w14:paraId="11D71A95" w14:textId="77777777" w:rsidR="00985E2E" w:rsidRPr="00E975A7" w:rsidRDefault="00985E2E" w:rsidP="00985E2E">
            <w:pPr>
              <w:pStyle w:val="Akapitzlist"/>
              <w:numPr>
                <w:ilvl w:val="0"/>
                <w:numId w:val="14"/>
              </w:numPr>
              <w:ind w:left="179" w:hanging="284"/>
              <w:rPr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</w:rPr>
              <w:t>P</w:t>
            </w:r>
            <w:r w:rsidRPr="00E975A7">
              <w:rPr>
                <w:i/>
                <w:color w:val="808080" w:themeColor="background1" w:themeShade="80"/>
                <w:sz w:val="20"/>
                <w:szCs w:val="20"/>
              </w:rPr>
              <w:t>rojektowana stała organizacja ruchu……………………………</w:t>
            </w:r>
            <w:r>
              <w:rPr>
                <w:i/>
                <w:color w:val="808080" w:themeColor="background1" w:themeShade="80"/>
                <w:sz w:val="20"/>
                <w:szCs w:val="20"/>
              </w:rPr>
              <w:t>….</w:t>
            </w:r>
            <w:r w:rsidRPr="00E975A7">
              <w:rPr>
                <w:i/>
                <w:color w:val="808080" w:themeColor="background1" w:themeShade="80"/>
                <w:sz w:val="20"/>
                <w:szCs w:val="20"/>
              </w:rPr>
              <w:t>…………tak/nie dotyczy</w:t>
            </w:r>
          </w:p>
        </w:tc>
      </w:tr>
      <w:tr w:rsidR="00985E2E" w:rsidRPr="001D46C2" w14:paraId="13B2BF24" w14:textId="77777777" w:rsidTr="001E01E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0DE92F" w14:textId="77777777" w:rsidR="00985E2E" w:rsidRPr="001D46C2" w:rsidRDefault="00985E2E" w:rsidP="001E01E7">
            <w:pPr>
              <w:spacing w:after="0" w:line="269" w:lineRule="auto"/>
            </w:pPr>
            <w:r>
              <w:rPr>
                <w:b/>
                <w:sz w:val="20"/>
              </w:rPr>
              <w:t>Wymagana regulacja gruntów pod budowę układu drogowego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B79274" w14:textId="77777777" w:rsidR="00985E2E" w:rsidRPr="00076963" w:rsidRDefault="00985E2E" w:rsidP="00985E2E">
            <w:pPr>
              <w:pStyle w:val="Akapitzlist"/>
              <w:numPr>
                <w:ilvl w:val="0"/>
                <w:numId w:val="13"/>
              </w:numPr>
              <w:spacing w:after="0"/>
              <w:ind w:left="180" w:hanging="284"/>
              <w:rPr>
                <w:i/>
                <w:color w:val="808080" w:themeColor="background1" w:themeShade="80"/>
                <w:sz w:val="20"/>
              </w:rPr>
            </w:pPr>
            <w:r w:rsidRPr="00076963">
              <w:rPr>
                <w:i/>
                <w:color w:val="808080" w:themeColor="background1" w:themeShade="80"/>
                <w:sz w:val="20"/>
              </w:rPr>
              <w:t>Dotyczy</w:t>
            </w:r>
            <w:r>
              <w:rPr>
                <w:i/>
                <w:color w:val="808080" w:themeColor="background1" w:themeShade="80"/>
                <w:sz w:val="20"/>
              </w:rPr>
              <w:t xml:space="preserve"> </w:t>
            </w:r>
            <w:r w:rsidRPr="00076963">
              <w:rPr>
                <w:i/>
                <w:color w:val="808080" w:themeColor="background1" w:themeShade="80"/>
                <w:sz w:val="20"/>
              </w:rPr>
              <w:t>- wskazać planowany sposób regulacji gruntów</w:t>
            </w:r>
          </w:p>
          <w:p w14:paraId="7F7A58EF" w14:textId="77777777" w:rsidR="00985E2E" w:rsidRPr="000F5F53" w:rsidRDefault="00985E2E" w:rsidP="00985E2E">
            <w:pPr>
              <w:pStyle w:val="Akapitzlist"/>
              <w:numPr>
                <w:ilvl w:val="0"/>
                <w:numId w:val="13"/>
              </w:numPr>
              <w:spacing w:after="0"/>
              <w:ind w:left="180" w:hanging="284"/>
              <w:rPr>
                <w:color w:val="808080" w:themeColor="background1" w:themeShade="80"/>
              </w:rPr>
            </w:pPr>
            <w:r w:rsidRPr="000F5F53">
              <w:rPr>
                <w:i/>
                <w:color w:val="808080" w:themeColor="background1" w:themeShade="80"/>
                <w:sz w:val="20"/>
              </w:rPr>
              <w:t>Nie</w:t>
            </w:r>
            <w:r>
              <w:rPr>
                <w:i/>
                <w:color w:val="808080" w:themeColor="background1" w:themeShade="80"/>
                <w:sz w:val="20"/>
              </w:rPr>
              <w:t xml:space="preserve"> </w:t>
            </w:r>
            <w:r w:rsidRPr="000F5F53">
              <w:rPr>
                <w:i/>
                <w:color w:val="808080" w:themeColor="background1" w:themeShade="80"/>
                <w:sz w:val="20"/>
              </w:rPr>
              <w:t>dotyczy</w:t>
            </w:r>
          </w:p>
        </w:tc>
      </w:tr>
    </w:tbl>
    <w:p w14:paraId="4B5B745C" w14:textId="77777777" w:rsidR="00985E2E" w:rsidRPr="001D46C2" w:rsidRDefault="00985E2E" w:rsidP="00985E2E">
      <w:pPr>
        <w:spacing w:after="0"/>
      </w:pP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6451"/>
      </w:tblGrid>
      <w:tr w:rsidR="00985E2E" w:rsidRPr="001D46C2" w14:paraId="08E981E9" w14:textId="77777777" w:rsidTr="00985E2E">
        <w:trPr>
          <w:cantSplit/>
          <w:trHeight w:val="984"/>
        </w:trPr>
        <w:tc>
          <w:tcPr>
            <w:tcW w:w="33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8BD4AD" w14:textId="77777777" w:rsidR="00985E2E" w:rsidRPr="001D46C2" w:rsidRDefault="00985E2E" w:rsidP="001E01E7">
            <w:r w:rsidRPr="001D46C2">
              <w:rPr>
                <w:b/>
                <w:sz w:val="20"/>
              </w:rPr>
              <w:t xml:space="preserve">Miejscowość i data: </w:t>
            </w:r>
            <w:r w:rsidRPr="001D46C2">
              <w:rPr>
                <w:i/>
                <w:color w:val="5B6573"/>
                <w:sz w:val="20"/>
              </w:rPr>
              <w:t>wpisać</w:t>
            </w:r>
          </w:p>
        </w:tc>
        <w:tc>
          <w:tcPr>
            <w:tcW w:w="64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6AAFDD" w14:textId="77777777" w:rsidR="00985E2E" w:rsidRPr="001D46C2" w:rsidRDefault="00985E2E" w:rsidP="001E01E7">
            <w:r w:rsidRPr="001D46C2">
              <w:rPr>
                <w:b/>
                <w:sz w:val="20"/>
              </w:rPr>
              <w:t xml:space="preserve">Podpisujący: </w:t>
            </w:r>
            <w:r w:rsidRPr="001D46C2">
              <w:rPr>
                <w:i/>
                <w:color w:val="5B6573"/>
                <w:sz w:val="20"/>
              </w:rPr>
              <w:t>imię, nazwisko, funkcja i podpis / podpis kwalifikowany</w:t>
            </w:r>
          </w:p>
        </w:tc>
      </w:tr>
    </w:tbl>
    <w:p w14:paraId="5EA4C0F2" w14:textId="77777777" w:rsidR="00985E2E" w:rsidRDefault="00985E2E" w:rsidP="00985E2E">
      <w:pPr>
        <w:pStyle w:val="Tytu"/>
        <w:spacing w:after="80"/>
        <w:rPr>
          <w:bCs/>
          <w:sz w:val="20"/>
          <w:szCs w:val="20"/>
        </w:rPr>
      </w:pPr>
    </w:p>
    <w:p w14:paraId="7AA8C168" w14:textId="77777777" w:rsidR="00985E2E" w:rsidRDefault="00985E2E" w:rsidP="00985E2E">
      <w:pPr>
        <w:pStyle w:val="Tytu"/>
        <w:spacing w:after="80"/>
        <w:rPr>
          <w:bCs/>
          <w:sz w:val="20"/>
          <w:szCs w:val="20"/>
        </w:rPr>
      </w:pPr>
    </w:p>
    <w:p w14:paraId="2D56E9C8" w14:textId="77777777" w:rsidR="00985E2E" w:rsidRPr="00985E2E" w:rsidRDefault="00985E2E" w:rsidP="00985E2E"/>
    <w:p w14:paraId="01298C35" w14:textId="718AF368" w:rsidR="00985E2E" w:rsidRPr="00620F30" w:rsidRDefault="00985E2E" w:rsidP="00985E2E">
      <w:pPr>
        <w:pStyle w:val="Tytu"/>
        <w:spacing w:after="80"/>
        <w:rPr>
          <w:bCs/>
          <w:sz w:val="20"/>
          <w:szCs w:val="20"/>
        </w:rPr>
      </w:pPr>
      <w:r w:rsidRPr="00620F30">
        <w:rPr>
          <w:bCs/>
          <w:sz w:val="20"/>
          <w:szCs w:val="20"/>
        </w:rPr>
        <w:t>Informacja o przetwarzaniu danych osobowych</w:t>
      </w:r>
    </w:p>
    <w:p w14:paraId="31F48873" w14:textId="77777777" w:rsidR="00985E2E" w:rsidRPr="00620F30" w:rsidRDefault="00985E2E" w:rsidP="00985E2E">
      <w:pPr>
        <w:pStyle w:val="Tytu"/>
        <w:spacing w:after="80"/>
        <w:rPr>
          <w:sz w:val="20"/>
          <w:szCs w:val="20"/>
        </w:rPr>
      </w:pPr>
    </w:p>
    <w:p w14:paraId="77F533E7" w14:textId="335C6C5A" w:rsidR="000647E7" w:rsidRDefault="00985E2E" w:rsidP="00985E2E">
      <w:pPr>
        <w:pStyle w:val="Tytu"/>
        <w:spacing w:after="80"/>
        <w:rPr>
          <w:b w:val="0"/>
          <w:bCs/>
          <w:sz w:val="20"/>
          <w:szCs w:val="20"/>
        </w:rPr>
      </w:pPr>
      <w:r w:rsidRPr="00620F30">
        <w:rPr>
          <w:b w:val="0"/>
          <w:bCs/>
          <w:sz w:val="20"/>
          <w:szCs w:val="20"/>
        </w:rPr>
        <w:t xml:space="preserve">Zarząd Dróg Miejskich w Poznaniu z siedzibą przy ul. Wilczak 17, 61-623 Poznań, jako administrator danych osobowych (dalej Administrator) informuje, że Państwa dane osobowe przetwarzane są w celu realizowania obowiązku prawnego, jakim jest prowadzenie postępowań w trybie Kodeksu postępowania administracyjnego. Mają Państwo prawo do żądania od Administratora: dostępu do swoich danych osobowych, sprostowania danych, które są nieprawidłowe, a w sytuacjach określonych prawem – ich usunięcia i ograniczenia przetwarzania. Mają Państwo także prawo wniesienia skargi do organu nadzorczego, czyli Prezesa Urzędu Ochrony Danych Osobowych. Wyznaczono inspektora ochrony danych, z którym można się kontaktować poprzez e-mail: iod_mjo@um.poznan.pl lub pisemnie na adres Zarządu. </w:t>
      </w:r>
      <w:r w:rsidRPr="00620F30">
        <w:rPr>
          <w:b w:val="0"/>
          <w:bCs/>
          <w:sz w:val="20"/>
          <w:szCs w:val="20"/>
        </w:rPr>
        <w:br/>
        <w:t>Dane po zrealizowaniu celu, dla którego zostały zebrane, będą przetwarzane do celów archiwalnych i przechowywane przez okres niezbędny do zrealizowania przepisów dotyczących archiwizowania danych obowiązujących u Administratora. Podanie danych osobowych jest obowiązkowe w zakresie, w jakim przesłankę przetwarzania danych osobowych stanowi przepis prawa. W pozostałych przypadkach podanie danych osobowych ma charakter dobrowolny.</w:t>
      </w:r>
    </w:p>
    <w:p w14:paraId="7FA0E4FD" w14:textId="77777777" w:rsidR="00985E2E" w:rsidRPr="00985E2E" w:rsidRDefault="00985E2E" w:rsidP="00985E2E"/>
    <w:sectPr w:rsidR="00985E2E" w:rsidRPr="00985E2E" w:rsidSect="00985E2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0" w:bottom="1276" w:left="1134" w:header="510" w:footer="49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08E2F" w14:textId="77777777" w:rsidR="007F702F" w:rsidRPr="00B44F33" w:rsidRDefault="007F702F">
      <w:pPr>
        <w:spacing w:after="0" w:line="240" w:lineRule="auto"/>
      </w:pPr>
      <w:r w:rsidRPr="00B44F33">
        <w:separator/>
      </w:r>
    </w:p>
  </w:endnote>
  <w:endnote w:type="continuationSeparator" w:id="0">
    <w:p w14:paraId="22929935" w14:textId="77777777" w:rsidR="007F702F" w:rsidRPr="00B44F33" w:rsidRDefault="007F702F">
      <w:pPr>
        <w:spacing w:after="0" w:line="240" w:lineRule="auto"/>
      </w:pPr>
      <w:r w:rsidRPr="00B44F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462FE" w14:textId="2AD80CD2" w:rsidR="005E0C8B" w:rsidRPr="00B44F33" w:rsidRDefault="005E0C8B" w:rsidP="005E0C8B">
    <w:pPr>
      <w:pStyle w:val="Stopka"/>
    </w:pPr>
  </w:p>
  <w:p w14:paraId="0304DA9B" w14:textId="79363BC2" w:rsidR="005E0C8B" w:rsidRDefault="005E0C8B" w:rsidP="005E0C8B">
    <w:pPr>
      <w:pStyle w:val="Stopka"/>
      <w:tabs>
        <w:tab w:val="clear" w:pos="9360"/>
        <w:tab w:val="left" w:pos="8220"/>
      </w:tabs>
    </w:pPr>
    <w:r>
      <w:rPr>
        <w:sz w:val="20"/>
        <w:szCs w:val="20"/>
      </w:rPr>
      <w:tab/>
      <w:t xml:space="preserve">          </w:t>
    </w:r>
    <w:r w:rsidR="00985E2E">
      <w:rPr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</w:t>
    </w:r>
    <w:r>
      <w:rPr>
        <w:sz w:val="20"/>
        <w:szCs w:val="20"/>
      </w:rPr>
      <w:t xml:space="preserve">  </w:t>
    </w:r>
    <w:r w:rsidRPr="005E0C8B">
      <w:rPr>
        <w:sz w:val="20"/>
        <w:szCs w:val="20"/>
      </w:rPr>
      <w:t xml:space="preserve">Strona </w:t>
    </w:r>
    <w:r>
      <w:rPr>
        <w:sz w:val="20"/>
        <w:szCs w:val="20"/>
      </w:rPr>
      <w:t>2</w:t>
    </w:r>
    <w:r w:rsidRPr="005E0C8B">
      <w:rPr>
        <w:sz w:val="20"/>
        <w:szCs w:val="20"/>
      </w:rPr>
      <w:t xml:space="preserve"> z </w:t>
    </w:r>
    <w:r w:rsidR="00985E2E">
      <w:rPr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F107" w14:textId="77777777" w:rsidR="00435898" w:rsidRPr="00B44F33" w:rsidRDefault="00435898" w:rsidP="00435898">
    <w:pPr>
      <w:pStyle w:val="Stopka"/>
    </w:pPr>
    <w:r w:rsidRPr="00B44F33">
      <w:rPr>
        <w:noProof/>
        <w:lang w:eastAsia="pl-PL"/>
      </w:rPr>
      <w:drawing>
        <wp:inline distT="0" distB="0" distL="0" distR="0" wp14:anchorId="311B0115" wp14:editId="740543BD">
          <wp:extent cx="1152525" cy="323215"/>
          <wp:effectExtent l="0" t="0" r="9525" b="635"/>
          <wp:docPr id="1400320201" name="Obraz 1400320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293EA6" w14:textId="28D90534" w:rsidR="00435898" w:rsidRPr="00B44F33" w:rsidRDefault="00435898" w:rsidP="005E0C8B">
    <w:pPr>
      <w:pStyle w:val="Stopka"/>
      <w:tabs>
        <w:tab w:val="clear" w:pos="9360"/>
        <w:tab w:val="left" w:pos="8220"/>
      </w:tabs>
    </w:pPr>
    <w:r w:rsidRPr="00B44F33">
      <w:rPr>
        <w:sz w:val="20"/>
        <w:szCs w:val="20"/>
      </w:rPr>
      <w:t>Zarząd Dróg Miejskich</w:t>
    </w:r>
    <w:r w:rsidR="00B44F33" w:rsidRPr="00B44F33">
      <w:rPr>
        <w:sz w:val="20"/>
        <w:szCs w:val="20"/>
      </w:rPr>
      <w:t xml:space="preserve"> w Poznaniu</w:t>
    </w:r>
    <w:r w:rsidRPr="00B44F33">
      <w:rPr>
        <w:sz w:val="20"/>
        <w:szCs w:val="20"/>
      </w:rPr>
      <w:t xml:space="preserve">, ul. Wilczak 17, 61-623 Poznań |  </w:t>
    </w:r>
    <w:hyperlink r:id="rId2" w:history="1">
      <w:r w:rsidRPr="00B44F33">
        <w:rPr>
          <w:rStyle w:val="Hipercze"/>
          <w:sz w:val="20"/>
          <w:szCs w:val="20"/>
        </w:rPr>
        <w:t>www.zdm.poznan.pl</w:t>
      </w:r>
    </w:hyperlink>
    <w:r w:rsidRPr="00B44F33">
      <w:rPr>
        <w:sz w:val="20"/>
        <w:szCs w:val="20"/>
      </w:rPr>
      <w:t xml:space="preserve"> </w:t>
    </w:r>
    <w:r w:rsidR="005E0C8B">
      <w:rPr>
        <w:sz w:val="20"/>
        <w:szCs w:val="20"/>
      </w:rPr>
      <w:tab/>
      <w:t xml:space="preserve">            </w:t>
    </w:r>
    <w:r w:rsidR="005E0C8B" w:rsidRPr="005E0C8B">
      <w:rPr>
        <w:sz w:val="20"/>
        <w:szCs w:val="20"/>
      </w:rPr>
      <w:t xml:space="preserve">Strona </w:t>
    </w:r>
    <w:r w:rsidR="005E0C8B">
      <w:rPr>
        <w:sz w:val="20"/>
        <w:szCs w:val="20"/>
      </w:rPr>
      <w:t>3</w:t>
    </w:r>
    <w:r w:rsidR="005E0C8B" w:rsidRPr="005E0C8B">
      <w:rPr>
        <w:sz w:val="20"/>
        <w:szCs w:val="20"/>
      </w:rPr>
      <w:t xml:space="preserve"> z </w:t>
    </w:r>
    <w:r w:rsidR="005E0C8B">
      <w:rPr>
        <w:sz w:val="20"/>
        <w:szCs w:val="20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BB4F" w14:textId="282BAAC5" w:rsidR="00985E2E" w:rsidRDefault="00435898" w:rsidP="00985E2E">
    <w:pPr>
      <w:pStyle w:val="Stopka"/>
      <w:ind w:left="-284"/>
    </w:pPr>
    <w:r w:rsidRPr="00B44F33">
      <w:rPr>
        <w:noProof/>
        <w:lang w:eastAsia="pl-PL"/>
      </w:rPr>
      <w:drawing>
        <wp:inline distT="0" distB="0" distL="0" distR="0" wp14:anchorId="7F97E3AA" wp14:editId="0105DE88">
          <wp:extent cx="1152525" cy="323215"/>
          <wp:effectExtent l="0" t="0" r="9525" b="635"/>
          <wp:docPr id="1556921006" name="Obraz 1556921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F6DD4F5" w14:textId="77777777" w:rsidR="00985E2E" w:rsidRDefault="00435898" w:rsidP="00985E2E">
    <w:pPr>
      <w:pStyle w:val="Stopka"/>
      <w:ind w:left="-284"/>
    </w:pPr>
    <w:r w:rsidRPr="00B44F33">
      <w:rPr>
        <w:sz w:val="20"/>
        <w:szCs w:val="20"/>
      </w:rPr>
      <w:t>Zarząd Dróg Miejskich</w:t>
    </w:r>
    <w:r w:rsidR="00B44F33" w:rsidRPr="00B44F33">
      <w:rPr>
        <w:sz w:val="20"/>
        <w:szCs w:val="20"/>
      </w:rPr>
      <w:t xml:space="preserve"> w Poznaniu</w:t>
    </w:r>
    <w:r w:rsidRPr="00B44F33">
      <w:rPr>
        <w:sz w:val="20"/>
        <w:szCs w:val="20"/>
      </w:rPr>
      <w:t>, ul. Wilczak 17, 61-623 Poznań |</w:t>
    </w:r>
    <w:r w:rsidR="00985E2E">
      <w:rPr>
        <w:sz w:val="20"/>
        <w:szCs w:val="20"/>
        <w:lang w:val="en-US"/>
      </w:rPr>
      <w:t>e-</w:t>
    </w:r>
    <w:proofErr w:type="spellStart"/>
    <w:r w:rsidR="00985E2E">
      <w:rPr>
        <w:sz w:val="20"/>
        <w:szCs w:val="20"/>
        <w:lang w:val="en-US"/>
      </w:rPr>
      <w:t>Doręczenia</w:t>
    </w:r>
    <w:proofErr w:type="spellEnd"/>
    <w:r w:rsidR="00985E2E" w:rsidRPr="009821AF">
      <w:rPr>
        <w:sz w:val="20"/>
        <w:szCs w:val="20"/>
        <w:lang w:val="en-US"/>
      </w:rPr>
      <w:t>:</w:t>
    </w:r>
    <w:r w:rsidR="00985E2E" w:rsidRPr="009821AF">
      <w:rPr>
        <w:b/>
        <w:bCs/>
        <w:sz w:val="20"/>
        <w:szCs w:val="20"/>
        <w:lang w:val="en-US"/>
      </w:rPr>
      <w:t> </w:t>
    </w:r>
    <w:r w:rsidR="00985E2E" w:rsidRPr="009821AF">
      <w:rPr>
        <w:bCs/>
        <w:sz w:val="20"/>
        <w:szCs w:val="20"/>
        <w:lang w:val="en-US"/>
      </w:rPr>
      <w:t>AE:PL-48221-48908-FGIJI-36</w:t>
    </w:r>
    <w:r w:rsidR="00985E2E">
      <w:rPr>
        <w:bCs/>
        <w:sz w:val="20"/>
        <w:szCs w:val="20"/>
        <w:lang w:val="en-US"/>
      </w:rPr>
      <w:t xml:space="preserve"> </w:t>
    </w:r>
    <w:r w:rsidR="00985E2E" w:rsidRPr="002F7ABA">
      <w:rPr>
        <w:sz w:val="20"/>
        <w:szCs w:val="20"/>
        <w:lang w:val="en-US"/>
      </w:rPr>
      <w:t xml:space="preserve">| </w:t>
    </w:r>
    <w:hyperlink r:id="rId2" w:history="1">
      <w:r w:rsidR="00985E2E" w:rsidRPr="00E741BC">
        <w:rPr>
          <w:rStyle w:val="Hipercze"/>
          <w:sz w:val="20"/>
          <w:szCs w:val="20"/>
        </w:rPr>
        <w:t>www.zdm.poznan.pl</w:t>
      </w:r>
    </w:hyperlink>
    <w:r w:rsidR="005E0C8B">
      <w:t xml:space="preserve">                                </w:t>
    </w:r>
  </w:p>
  <w:p w14:paraId="4391E0EB" w14:textId="00291119" w:rsidR="00435898" w:rsidRPr="00985E2E" w:rsidRDefault="00985E2E" w:rsidP="00985E2E">
    <w:pPr>
      <w:pStyle w:val="Stopka"/>
      <w:ind w:left="-284"/>
      <w:jc w:val="center"/>
    </w:pPr>
    <w:r>
      <w:t xml:space="preserve">                                                                                                                                                                         </w:t>
    </w:r>
    <w:r w:rsidR="005E0C8B" w:rsidRPr="005E0C8B">
      <w:rPr>
        <w:color w:val="5B6573"/>
        <w:sz w:val="20"/>
        <w:szCs w:val="20"/>
        <w:lang w:val="en-US"/>
      </w:rPr>
      <w:t xml:space="preserve">Strona </w:t>
    </w:r>
    <w:r w:rsidR="005E0C8B" w:rsidRPr="005E0C8B">
      <w:rPr>
        <w:sz w:val="20"/>
        <w:szCs w:val="20"/>
        <w:lang w:val="en-US"/>
      </w:rPr>
      <w:fldChar w:fldCharType="begin"/>
    </w:r>
    <w:r w:rsidR="005E0C8B" w:rsidRPr="005E0C8B">
      <w:rPr>
        <w:sz w:val="20"/>
        <w:szCs w:val="20"/>
        <w:lang w:val="en-US"/>
      </w:rPr>
      <w:instrText>PAGE</w:instrText>
    </w:r>
    <w:r w:rsidR="005E0C8B" w:rsidRPr="005E0C8B">
      <w:rPr>
        <w:sz w:val="20"/>
        <w:szCs w:val="20"/>
        <w:lang w:val="en-US"/>
      </w:rPr>
      <w:fldChar w:fldCharType="separate"/>
    </w:r>
    <w:r w:rsidR="005E0C8B" w:rsidRPr="005E0C8B">
      <w:rPr>
        <w:sz w:val="20"/>
        <w:szCs w:val="20"/>
        <w:lang w:val="en-US"/>
      </w:rPr>
      <w:t>2</w:t>
    </w:r>
    <w:r w:rsidR="005E0C8B" w:rsidRPr="005E0C8B">
      <w:rPr>
        <w:sz w:val="20"/>
        <w:szCs w:val="20"/>
        <w:lang w:val="en-US"/>
      </w:rPr>
      <w:fldChar w:fldCharType="end"/>
    </w:r>
    <w:r w:rsidR="005E0C8B" w:rsidRPr="005E0C8B">
      <w:rPr>
        <w:color w:val="5B6573"/>
        <w:sz w:val="20"/>
        <w:szCs w:val="20"/>
        <w:lang w:val="en-US"/>
      </w:rPr>
      <w:t xml:space="preserve"> z </w:t>
    </w:r>
    <w:r w:rsidR="005E0C8B" w:rsidRPr="005E0C8B">
      <w:rPr>
        <w:sz w:val="20"/>
        <w:szCs w:val="20"/>
        <w:lang w:val="en-US"/>
      </w:rPr>
      <w:fldChar w:fldCharType="begin"/>
    </w:r>
    <w:r w:rsidR="005E0C8B" w:rsidRPr="005E0C8B">
      <w:rPr>
        <w:sz w:val="20"/>
        <w:szCs w:val="20"/>
        <w:lang w:val="en-US"/>
      </w:rPr>
      <w:instrText>NUMPAGES</w:instrText>
    </w:r>
    <w:r w:rsidR="005E0C8B" w:rsidRPr="005E0C8B">
      <w:rPr>
        <w:sz w:val="20"/>
        <w:szCs w:val="20"/>
        <w:lang w:val="en-US"/>
      </w:rPr>
      <w:fldChar w:fldCharType="separate"/>
    </w:r>
    <w:r w:rsidR="005E0C8B" w:rsidRPr="005E0C8B">
      <w:rPr>
        <w:sz w:val="20"/>
        <w:szCs w:val="20"/>
        <w:lang w:val="en-US"/>
      </w:rPr>
      <w:t>2</w:t>
    </w:r>
    <w:r w:rsidR="005E0C8B" w:rsidRPr="005E0C8B">
      <w:rPr>
        <w:sz w:val="20"/>
        <w:szCs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46A95" w14:textId="77777777" w:rsidR="007F702F" w:rsidRPr="00B44F33" w:rsidRDefault="007F702F">
      <w:pPr>
        <w:spacing w:after="0" w:line="240" w:lineRule="auto"/>
      </w:pPr>
      <w:r w:rsidRPr="00B44F33">
        <w:separator/>
      </w:r>
    </w:p>
  </w:footnote>
  <w:footnote w:type="continuationSeparator" w:id="0">
    <w:p w14:paraId="4121C1C3" w14:textId="77777777" w:rsidR="007F702F" w:rsidRPr="00B44F33" w:rsidRDefault="007F702F">
      <w:pPr>
        <w:spacing w:after="0" w:line="240" w:lineRule="auto"/>
      </w:pPr>
      <w:r w:rsidRPr="00B44F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3B45" w14:textId="36D90964" w:rsidR="008969BF" w:rsidRPr="00B44F33" w:rsidRDefault="00435898" w:rsidP="00435898">
    <w:pPr>
      <w:pStyle w:val="Nagwek"/>
      <w:tabs>
        <w:tab w:val="clear" w:pos="4680"/>
        <w:tab w:val="clear" w:pos="9360"/>
        <w:tab w:val="left" w:pos="3450"/>
      </w:tabs>
    </w:pPr>
    <w:r w:rsidRPr="00B44F33">
      <w:rPr>
        <w:b/>
        <w:color w:val="5B6573"/>
        <w:sz w:val="17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5EF06" w14:textId="09A0BB19" w:rsidR="00435898" w:rsidRPr="00B44F33" w:rsidRDefault="00435898" w:rsidP="00435898">
    <w:pPr>
      <w:pStyle w:val="Nagwek"/>
      <w:jc w:val="right"/>
    </w:pPr>
    <w:r w:rsidRPr="00B44F33">
      <w:rPr>
        <w:noProof/>
        <w:lang w:eastAsia="pl-PL"/>
      </w:rPr>
      <w:drawing>
        <wp:inline distT="0" distB="0" distL="0" distR="0" wp14:anchorId="763670EA" wp14:editId="2196C21D">
          <wp:extent cx="1139322" cy="586775"/>
          <wp:effectExtent l="0" t="0" r="3810" b="3810"/>
          <wp:docPr id="1947499543" name="Obraz 1947499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2239" cy="608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D72C3A"/>
    <w:multiLevelType w:val="multilevel"/>
    <w:tmpl w:val="DB06F9D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E1346"/>
    <w:multiLevelType w:val="multilevel"/>
    <w:tmpl w:val="43069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73FDD"/>
    <w:multiLevelType w:val="hybridMultilevel"/>
    <w:tmpl w:val="DE0AE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07E0F"/>
    <w:multiLevelType w:val="hybridMultilevel"/>
    <w:tmpl w:val="68F85908"/>
    <w:lvl w:ilvl="0" w:tplc="082E0C38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D55554"/>
    <w:multiLevelType w:val="multilevel"/>
    <w:tmpl w:val="644298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9315113">
    <w:abstractNumId w:val="8"/>
  </w:num>
  <w:num w:numId="2" w16cid:durableId="1736389477">
    <w:abstractNumId w:val="6"/>
  </w:num>
  <w:num w:numId="3" w16cid:durableId="520048506">
    <w:abstractNumId w:val="5"/>
  </w:num>
  <w:num w:numId="4" w16cid:durableId="1443956260">
    <w:abstractNumId w:val="4"/>
  </w:num>
  <w:num w:numId="5" w16cid:durableId="1981229061">
    <w:abstractNumId w:val="7"/>
  </w:num>
  <w:num w:numId="6" w16cid:durableId="82069477">
    <w:abstractNumId w:val="3"/>
  </w:num>
  <w:num w:numId="7" w16cid:durableId="911429135">
    <w:abstractNumId w:val="2"/>
  </w:num>
  <w:num w:numId="8" w16cid:durableId="837116614">
    <w:abstractNumId w:val="1"/>
  </w:num>
  <w:num w:numId="9" w16cid:durableId="773938602">
    <w:abstractNumId w:val="0"/>
  </w:num>
  <w:num w:numId="10" w16cid:durableId="99883877">
    <w:abstractNumId w:val="9"/>
  </w:num>
  <w:num w:numId="11" w16cid:durableId="1500073273">
    <w:abstractNumId w:val="10"/>
  </w:num>
  <w:num w:numId="12" w16cid:durableId="1922906478">
    <w:abstractNumId w:val="13"/>
  </w:num>
  <w:num w:numId="13" w16cid:durableId="1651251928">
    <w:abstractNumId w:val="12"/>
  </w:num>
  <w:num w:numId="14" w16cid:durableId="2281580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18E"/>
    <w:rsid w:val="0006063C"/>
    <w:rsid w:val="000647E7"/>
    <w:rsid w:val="00076BD5"/>
    <w:rsid w:val="0015074B"/>
    <w:rsid w:val="00181299"/>
    <w:rsid w:val="001D46C2"/>
    <w:rsid w:val="0029639D"/>
    <w:rsid w:val="002B647A"/>
    <w:rsid w:val="00320DEC"/>
    <w:rsid w:val="00326F90"/>
    <w:rsid w:val="00344C7B"/>
    <w:rsid w:val="00435898"/>
    <w:rsid w:val="005600F7"/>
    <w:rsid w:val="00597149"/>
    <w:rsid w:val="005E0C8B"/>
    <w:rsid w:val="006F106A"/>
    <w:rsid w:val="007F702F"/>
    <w:rsid w:val="008829FA"/>
    <w:rsid w:val="008848E2"/>
    <w:rsid w:val="008969BF"/>
    <w:rsid w:val="00906132"/>
    <w:rsid w:val="00906706"/>
    <w:rsid w:val="00985E2E"/>
    <w:rsid w:val="00AA1D8D"/>
    <w:rsid w:val="00AA71D4"/>
    <w:rsid w:val="00AD7613"/>
    <w:rsid w:val="00B20E61"/>
    <w:rsid w:val="00B44F33"/>
    <w:rsid w:val="00B47730"/>
    <w:rsid w:val="00B653BE"/>
    <w:rsid w:val="00C324BF"/>
    <w:rsid w:val="00C76BC1"/>
    <w:rsid w:val="00CB0664"/>
    <w:rsid w:val="00D179D2"/>
    <w:rsid w:val="00EE294B"/>
    <w:rsid w:val="00F87C34"/>
    <w:rsid w:val="00FC693F"/>
    <w:rsid w:val="00FF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26073F"/>
  <w14:defaultImageDpi w14:val="300"/>
  <w15:docId w15:val="{B9AAB7FF-5A1C-4869-801F-840B7A78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300" w:lineRule="auto"/>
    </w:pPr>
    <w:rPr>
      <w:rFonts w:ascii="Calibri" w:hAnsi="Calibri"/>
      <w:color w:val="1F2937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F4D78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spacing w:after="360"/>
    </w:pPr>
    <w:rPr>
      <w:rFonts w:asciiTheme="majorHAnsi" w:eastAsiaTheme="majorEastAsia" w:hAnsiTheme="majorHAnsi" w:cstheme="majorBidi"/>
      <w:i/>
      <w:iCs/>
      <w:color w:val="5B6573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0647E7"/>
    <w:rPr>
      <w:color w:val="0000FF" w:themeColor="hyperlink"/>
      <w:u w:val="single"/>
    </w:rPr>
  </w:style>
  <w:style w:type="paragraph" w:customStyle="1" w:styleId="Default">
    <w:name w:val="Default"/>
    <w:basedOn w:val="Normalny"/>
    <w:rsid w:val="000647E7"/>
    <w:pPr>
      <w:autoSpaceDE w:val="0"/>
      <w:autoSpaceDN w:val="0"/>
      <w:spacing w:after="0" w:line="240" w:lineRule="auto"/>
    </w:pPr>
    <w:rPr>
      <w:rFonts w:ascii="Wingdings" w:eastAsiaTheme="minorHAnsi" w:hAnsi="Wingdings" w:cs="Times New Roman"/>
      <w:color w:val="000000"/>
      <w:sz w:val="24"/>
      <w:szCs w:val="24"/>
    </w:rPr>
  </w:style>
  <w:style w:type="character" w:customStyle="1" w:styleId="czeinternetowe">
    <w:name w:val="Łącze internetowe"/>
    <w:basedOn w:val="Domylnaczcionkaakapitu"/>
    <w:uiPriority w:val="99"/>
    <w:unhideWhenUsed/>
    <w:rsid w:val="000647E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5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2443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Wzory wniosków inwestora do procedury obsługi inwestycji - art. 16, art. 35 ust. 3 i art. 43 ust. 2</vt:lpstr>
      <vt:lpstr/>
    </vt:vector>
  </TitlesOfParts>
  <Manager/>
  <Company/>
  <LinksUpToDate>false</LinksUpToDate>
  <CharactersWithSpaces>2845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Wzory wniosków inwestora do procedury obsługi inwestycji - art. 16, art. 35 ust. 3 i art. 43 ust. 2</dc:title>
  <dc:subject>ZDM Poznań - procedura wewnętrzna obsługi inwestycji niedrogowych</dc:subject>
  <dc:creator>Zarząd Dróg Miejskich w Poznaniu</dc:creator>
  <cp:keywords>ZDM, art. 16, art. 35 ust. 3, art. 43 ust. 2, inwestor, wnioski</cp:keywords>
  <dc:description>generated by python-docx</dc:description>
  <cp:lastModifiedBy>Bartosz Szczepaniak</cp:lastModifiedBy>
  <cp:revision>2</cp:revision>
  <dcterms:created xsi:type="dcterms:W3CDTF">2026-10-01T10:25:00Z</dcterms:created>
  <dcterms:modified xsi:type="dcterms:W3CDTF">2026-10-01T10:25:00Z</dcterms:modified>
  <cp:category/>
</cp:coreProperties>
</file>